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на оказание маркетинговых услуг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организации-заказчика]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полномочий: устав или доверенность с номером и датой]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«Заказчик»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ИП ФИО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— для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полномочий — для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именуемое(ый)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«Исполнитель»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заключили настоящий договор о 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обязуется по заданию Заказчика оказывать маркетинговые услуги по продвижению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[товаров, услуг, бренда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Услуги), а Заказчик обязуется принимать и оплачивать Услуги в порядке и на условиях настоящего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Перечень, объём и сроки Услуг на первый отчётный период указаны в Техническом задании (Приложение № 1). Задания на последующие периоды стороны согласуют в письменной форме, в том числе по электронной почте, указанной в разделе 10.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признают, что по договору оплачивается деятельность Исполнителя. Плановые показатели (охват, количество заявок, стоимость заявки и т. п.), указанные в Техническом задании, являются ориентиром и сами по себе не являются условием оплаты Услуг.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оказывать Услуги лично или с привлечением третьих лиц, оставаясь ответственным перед Заказчиком за их действия;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согласовывать с Заказчиком рекламные материалы (тексты, макеты, видео) до их размещения;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требования Федерального закона от 13.03.2006 № 38-ФЗ «О рекламе», включая требования к маркировке рекламы в сети «Интернет»;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месяца, следующего за отчётным, направлять Заказчику отчёт об оказанных Услугах с описанием проделанной работы и достигнутых показателей;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окончании договора передать Заказчику доступы, данные и материалы, созданные в ходе оказания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обязуется: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 передать Исполнителю информацию о товарах и услугах, логотипы, фото и иные материалы, необходимые для оказания Услуг;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предоставить доступы к сайту, рекламным кабинетам и аккаунтам в социальных сетях в объёме, необходимом для оказания Услуг;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рассматривать и согласовывать рекламные материалы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их получения;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принимать и оплачивать Услуги в соответствии с разделами 3 и 4.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Рекламные кабинеты и аккаунты, используемые для продвижения, регистрируются на Заказчика. Рекламный бюджет (оплата размещения рекламы на площадках) Заказчик оплачивает площадкам самостоятельно; он не входит в стоимость Услуг.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Стоимость Услуг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Услуг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 месяц,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[сведения об НДС: сумма НДС или «НДС не облагается» с указанием основания]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оплачивает Услуги ежемесячно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со дня подписания акта оказанных услуг за отчётный месяц на основании счёта Исполнителя.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 течение отчётного месяца договор расторгнут, оплате подлежат Услуги, фактически оказанные до даты расторжения.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Обязательство Заказчика по оплате считается исполненным с даты списания денежных средств с его расчётного счёта.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Сдача и приёмка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месяца, следующего за отчётным, Исполнитель направляет Заказчику отчёт и акт оказанных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 течение 5 (пяти) рабочих дней со дня получения акта подписывает его либо направляет Исполнителю мотивированный отказ с перечнем замечаний.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в указанный срок Заказчик не подписал акт и не направил мотивированный отказ, Услуги считаются принятыми в полном объёме, а акт, подписанный Исполнителем, — надлежащим документом об их оказании.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вправе оформлять акты, счета и отчёты в электронном виде с подписанием усиленной квалифицированной электронной подписью через оператора электронного документооборота.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Маркировка рекламы и передача сведений в ЕРИР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договорились, что предоставление сведений о рекламе, распространяемой в сети «Интернет» в рамках настоящего договора, о настоящем договоре и об актах по нему в единый реестр интернет-рекламы через оператора рекламных данных обеспечивает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Исполнитель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(ст. 18.1 Федерального закона «О рекламе»).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до размещения каждой рекламы получает у оператора рекламных данных её идентификатор и размещает рекламу с пометкой «Реклама», указанием на Заказчика как рекламодателя и идентификатором рекламы.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по запросу Исполнителя в течение 2 (двух) рабочих дней предоставляет сведения о себе и о договорах с площадками, необходимые для передачи информации в единый реестр интернет-рекламы.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возмещает Заказчику штрафы и иные расходы, понесённые Заказчиком вследствие неисполнения Исполнителем обязанностей, предусмотренных пунктами 5.1 и 5.2. Заказчик возмещает Исполнителю такие расходы, если они вызваны недостоверностью или несвоевременностью сведений, предоставленных Заказчиком.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Укажите в разделе 5 ту сторону, которая фактически будет регистрировать рекламу у оператора рекламных данных. Если рекламу размещает сам Заказчик в своём кабинете, этот раздел можно перераспределить на Заказчика.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Права на результаты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Исключительные права на тексты, макеты, изображения, видео и иные результаты интеллектуальной деятельности, созданные Исполнителем при оказании Услуг (далее — Материалы), переходят к Заказчику в полном объёме с момента подписания акта за отчётный период, в котором они созданы.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Вознаграждение за отчуждение исключительных прав включено в стоимость Услуг, указанную в пункте 3.1.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гарантирует, что Материалы не нарушают прав третьих лиц, и при использовании чужих объектов (фото, шрифтов, музыки) обеспечивает получение необходимых лицензий.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Конфиденциальность и персональные данные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сохраняют конфиденциальность сведений, полученных друг от друга при исполнении договора, в течение срока его действия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после его прекращения.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Исполнитель при оказании Услуг обрабатывает персональные данные клиентов Заказчика (заявки, базы контактов), он делает это по поручению Заказчика, только в целях исполнения договора и с соблюдением требований Федерального закона от 27.07.2006 № 152-ФЗ «О персональных данных».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просрочку оплаты Исполнитель вправе потребовать от Заказчика неустойку в размере 0,1 % от неоплаченной суммы за каждый день просрочки, но не более 10 % от этой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сроков оказания Услуг, указанных в Техническом задании, Заказчик вправе потребовать от Исполнителя неустойку в размере 0,1 % от месячной стоимости Услуг за каждый день просрочки, но не более 10 % от месячной стоимости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освобождаются от ответственности за неисполнение обязательств, вызванное обстоятельствами непреодолимой силы.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Претензионный порядок обязателен. Срок ответа на претензию — 10 (десять) календарных дней. Споры рассматриваются в арбитражном суде по месту нахождения Заказчика.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Срок действия и расторжение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вступает в силу с даты подписания и действует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Если ни одна из сторон за 30 (тридцать) дней до окончания срока не заявит о его прекращении, договор считается продлённым на тот же срок.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 вправе отказаться от договора в любое время, уведомив Исполнителя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и оплатив фактически оказанные Услуги и понесённые Исполнителем расходы (ст. 782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вправе отказаться от договора, уведомив Заказчика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дней и возместив ему убытки (ст. 782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9.4.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5 (пяти) рабочих дней после прекращения договора Исполнитель передаёт Заказчику доступы и Материалы, указанные в пункте 2.1.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10.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или ИП ФИО]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 или ОГРНИП]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почты]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1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на оказание маркетинговых услуг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Техническое задание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на период с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Цель продвижения: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[например, увеличение числа заявок с сайта на услугу …]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Целевая аудитория и география: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аудитории, регион]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Перечень Услуг: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606"/>
        <w:gridCol w:w="3464"/>
        <w:gridCol w:w="3464"/>
        <w:gridCol w:w="1819"/>
      </w:tblGrid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Услуга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Объём и результат</w:t>
            </w:r>
          </w:p>
        </w:tc>
        <w:tc>
          <w:tcPr>
            <w:tcW w:type="dxa" w:w="1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Срок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Анализ рынка и конкурентов, маркетинговая стратегия на период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Отчёт со стратегией и медиапланом</w:t>
            </w:r>
          </w:p>
        </w:tc>
        <w:tc>
          <w:tcPr>
            <w:tcW w:type="dxa" w:w="1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[срок]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Настройка и ведение рекламных кампаний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[площадки]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кампаний, еженедельная оптимизация</w:t>
            </w:r>
          </w:p>
        </w:tc>
        <w:tc>
          <w:tcPr>
            <w:tcW w:type="dxa" w:w="1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[срок]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3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Ведение аккаунтов в социальных сетях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[названия]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публикаций в месяц</w:t>
            </w:r>
          </w:p>
        </w:tc>
        <w:tc>
          <w:tcPr>
            <w:tcW w:type="dxa" w:w="1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ежемесячно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4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Подготовка рекламных материалов</w:t>
            </w:r>
          </w:p>
        </w:tc>
        <w:tc>
          <w:tcPr>
            <w:tcW w:type="dxa" w:w="346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макетов и текстов</w:t>
            </w:r>
          </w:p>
        </w:tc>
        <w:tc>
          <w:tcPr>
            <w:tcW w:type="dxa" w:w="181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 графику публикаций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5</w:t>
            </w:r>
          </w:p>
        </w:tc>
        <w:tc>
          <w:tcPr>
            <w:tcW w:type="dxa" w:w="346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Отчётность</w:t>
            </w:r>
          </w:p>
        </w:tc>
        <w:tc>
          <w:tcPr>
            <w:tcW w:type="dxa" w:w="346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Ежемесячный отчёт с показателями</w:t>
            </w:r>
          </w:p>
        </w:tc>
        <w:tc>
          <w:tcPr>
            <w:tcW w:type="dxa" w:w="181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[число]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числа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Плановые показатели (ориентир, не условие оплаты):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[охват, количество заявок, стоимость заявки]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Рекламный бюджет на период, оплачиваемый Заказчиком площадкам: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маркетинговых услуг с абонентской оплатой и техническим заданием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