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оказанных услуг по договору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Заказчик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составили настоящий акт о том, что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Исполнитель оказал, а Заказчик принял следующие услуги: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84"/>
        <w:gridCol w:w="2654"/>
        <w:gridCol w:w="1011"/>
        <w:gridCol w:w="884"/>
        <w:gridCol w:w="1264"/>
        <w:gridCol w:w="2654"/>
      </w:tblGrid>
      <w:tr>
        <w:trPr>
          <w:cantSplit/>
        </w:trPr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услуги</w:t>
            </w:r>
          </w:p>
        </w:tc>
        <w:tc>
          <w:tcPr>
            <w:tcW w:type="dxa" w:w="10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Ед. изм.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услуги]</w:t>
            </w:r>
          </w:p>
        </w:tc>
        <w:tc>
          <w:tcPr>
            <w:tcW w:type="dxa" w:w="10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[ед.]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[кол.]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услуги]</w:t>
            </w:r>
          </w:p>
        </w:tc>
        <w:tc>
          <w:tcPr>
            <w:tcW w:type="dxa" w:w="10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[ед.]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[кол.]</w:t>
            </w:r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1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2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Итого:</w:t>
            </w:r>
          </w:p>
        </w:tc>
        <w:tc>
          <w:tcPr>
            <w:tcW w:type="dxa" w:w="26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8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5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1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8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НДС:</w:t>
            </w:r>
          </w:p>
        </w:tc>
        <w:tc>
          <w:tcPr>
            <w:tcW w:type="dxa" w:w="26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 или «Без НДС»]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Всего оказано услуг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копеек,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НДС: в том числе НДС … руб. или «НДС 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оказаны в полном объёме, в установленные договором сроки и с надлежащим качеством. Заказчик претензий по объёму, качеству и срокам оказания услуг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является основанием для оплаты услуг в порядке и сроки, предусмотренные договором. Акт составлен в двух экземплярах, имеющих одинаковую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согласны с объёмом или качеством услуг? Не подписывайте акт, а направьте исполнителю мотивированный отказ с замечаниями в срок, указанный в договоре.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к договору между организациями и ИП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