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Получатель платежа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Банковские реквизиты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поставщика]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Банк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Счёт-договор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 (счёт-оферта на поставку товара)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Поставщик: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18"/>
        <w:gridCol w:w="2689"/>
        <w:gridCol w:w="818"/>
        <w:gridCol w:w="818"/>
        <w:gridCol w:w="1754"/>
        <w:gridCol w:w="2455"/>
      </w:tblGrid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товара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Ед.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Цена, руб.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артикул]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[шт.]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[кол.]</w:t>
            </w:r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артикул]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[шт.]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[кол.]</w:t>
            </w:r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Итого: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  <w:tc>
          <w:tcPr>
            <w:tcW w:type="dxa" w:w="17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НДС:</w:t>
            </w:r>
          </w:p>
        </w:tc>
        <w:tc>
          <w:tcPr>
            <w:tcW w:type="dxa" w:w="245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 или «Без НДС»]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9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81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81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7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Всего к оплате:</w:t>
            </w:r>
          </w:p>
        </w:tc>
        <w:tc>
          <w:tcPr>
            <w:tcW w:type="dxa" w:w="24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Всего к оплате: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копеек,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об НДС: в том числе НДС … руб. или «НДС не облагается»]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Условия поставки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счёт является офертой Поставщика (ст. 435 ГК РФ). Оплата счёта Покупателем означает полное и безоговорочное принятие (акцепт) всех условий, изложенных в нём (п. 3 ст. 438 ГК РФ). С момента поступления оплаты на расчётный счёт Поставщика договор поставки считается заключённым в письменной форме (п. 3 ст. 434 ГК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Счёт действителен для оплаты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включительно. Оплата, поступившая после этой даты, акцептом не является: в течение 5 (пяти) рабочих дней Поставщик подтверждает исполнение счёта по указанной цене либо возвращает денежные средства.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в размере 100 % от суммы счёта безналичным перечислением. В назначении платежа укажите номер и дату счёта.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Поставщик передаёт товар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поступления оплаты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передачи товара]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Стоимость доставки включена в цену товара.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и риск случайной гибели товара переходят к Покупателю с момента передачи товара и подписания передаточного документа (УПД или товарной накладной).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Качество товара должно соответствовать документам изготовителя и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качестве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Гарантийный срок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гарантии]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дня передачи товара.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Количество, ассортимент и внешний вид товара проверяются при приёмке. О скрытых недостатках Покупатель письменно сообщает Поставщику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с момента их обнаружения, но в пределах гарантийного срока.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передачи оплаченного товара Поставщик уплачивает Покупателю неустойку в размере 0,1 % от стоимости непереданного товара за каждый день просрочки, но не более 10 % от этой стоимости.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 и направления претензий; срок ответа на претензию — 10 (десять) календарных дней. При недостижении согласия спор передаётся в арбитражный суд по месту нахождения Поставщика.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 всём остальном стороны руководствуются Гражданским кодексом РФ. Документы, переданные по электронной почте, указанной в счёте, имеют юридическую силу до обмена оригиналами.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оплатой сверьте реквизиты получателя с выпиской ЕГРЮЛ или ЕГРИП и проверьте срок действия счёта: после этой даты оплата не считается акцептом.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Поставщик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Счёт выставил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Счёт-договор (счёт-оферта) на поставку товара с предоплатой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