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разработку программного обеспечения с отчуждением исключительного права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Термины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Программа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программа для ЭВМ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[рабочее название программы]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», создаваемая Исполнителем по Договору, включая исходный и объектный код, подготовительные материалы, интерфейсы, базы данных и документацию.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Исходный код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текст Программы на языке программирования в форме, позволяющей её изменять и компилировать, с инструкциями по сборке и развёртыванию.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Этап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часть работ, указанная в Календарном плане (приложение № 2), сдаваемая и оплачиваемая отдельно.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Акт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— акт сдачи-приёмки Этапа и передачи исключительного права по форме приложения № 3.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 по заданию Заказчика создать Программу в соответствии с Техническим заданием (приложение № 1) и передать её Заказчику, а также отчудить Заказчику исключительное право на Программу в полном объёме. Заказчик обязуется принять результат и уплатить цену, включая вознаграждение за отчуждение исключительного права.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Назначение Программы: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для чего нужна программа, например «учёт заявок клиентов и управление складом»]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отношениям по созданию Программы применяются правила ГК РФ о подряде, к отношениям по отчуждению исключительного права — правила статей 1234 и 1296 ГК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Сроки и этапы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Работы выполняются по Этапам в сроки, указанные в Календарном плане. Общий срок выполнения работ: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3 (трёх) рабочих дней с даты подписания Договора предоставляет Исполнителю информацию, доступы и материалы, перечисленные в Техническом задании. Сроки выполнения работ продлеваются на время просрочки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Технического задания оформляется дополнительным соглашением с указанием влияния на сроки и цену.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Сдача и приёмка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завершении Этапа Исполнитель передаёт Заказчику результат Этапа, Исходный код, документацию и подписанный со своей стороны Акт. Исходный код размещается в репозитории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репозитория или сервис]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доступ к которому с правами администратора предоставляется Заказчику.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5 (пяти) рабочих дней проверяет результат на соответствие Техническому заданию и подписывает Акт либо направляет мотивированный отказ с перечнем недостатков.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устраняет недостатки за свой счёт в течение 10 (десяти) рабочих дней с даты получения отказа и повторно передаёт результат в порядке п. 4.1.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Заказчик в срок, указанный в п. 4.2, не подписал Акт и не направил мотивированный отказ, Этап считается принятым, а Акт подписанным в последний день этого срока.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Исключительное право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Исключительное право на результат каждого Этапа переходит от Исполнителя к Заказчику в полном объёме с даты подписания Акта по этому Этапу. Исключительное право на Программу в целом переходит к Заказчику с подписания Акта по последнему Этапу.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перехода исключительного права Заказчик вправе использовать Программу любыми способами, не противоречащими закону, на территории всего мира, включая её воспроизведение, распространение, переработку (модификацию), регистрацию на своё имя и передачу прав третьим лицам.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договорились, что у Исполнителя не возникает права использования Программы, предусмотренного пунктом 2 статьи 1296 ГК РФ. Исполнитель сохраняет права на собственные библиотеки и инструменты, созданные до заключения Договора и перечисленные в Акте, и предоставляет Заказчику безвозмездную простую (неисключительную) лицензию на их использование в составе Программы на весь срок действия исключительного права на территории всего мира.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гарантирует, что: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Программа создана его работниками в порядке выполнения трудовых обязанностей либо лицами, исключительные права которых приобретены Исполнителем по письменным договорам;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авторы Программы дали согласие на её использование без указания имени автора и на внесение в Программу изменений, сокращений и дополнений, а выплата им вознаграждения является обязанностью Исполнителя;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Программа не нарушает прав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Свободно распространяемые компоненты (open source) используются только при условии, что их лицензии допускают коммерческое использование Программы без обязанности раскрывать её Исходный код. Перечень таких компонентов с указанием лицензий приводится в Акте.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к Заказчику будут предъявлены требования третьих лиц в связи с нарушением их прав на Программу, Исполнитель обязуется урегулировать их своими силами и возместить Заказчику понесённые убытки.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Цена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включая НДС, если Исполнитель является его плательщиком. Цена каждого Этапа указана в Календарном плане.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Из цены Договора вознаграждение за отчуждение исключительного права на Программу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и распределяется между Этапами пропорционально их цене.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перечисляет аванс в размере 30 % цены Договора в течение 5 (пяти) рабочих дней с даты подписания Договора. Оставшаяся цена каждого Этапа (за вычетом соответствующей части аванса) оплачивается в течение 10 (десяти) рабочих дней с даты подписания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расчётный счёт Исполнителя. Обязанность по оплате считается исполненной с даты списания денег со счёта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Гарантия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гарантирует соответствие Программы Техническому заданию в течение 6 (шести) месяцев с даты подписания Акта по последнему Этапу.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Ошибки, выявленные в гарантийный срок, Исполнитель устраняет бесплатно в течение 10 (десяти) рабочих дней с даты получения уведомления Заказчика. Гарантия не распространяется на ошибки, вызванные изменением Программы Заказчиком или третьими лицами.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раскрывают третьим лицам сведения о деятельности друг друга, полученные при исполнении Договора, а также Исходный код, в течение срока действия Договора и 3 (трёх) лет после его прекращения, кроме случаев, предусмотренных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указывать Заказчика в своём портфолио только с его письменного согласия.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Этапа Исполнитель уплачивает неустойку в размере 0,1 % от цены Этапа за каждый день просрочки, но не более 10 % от цены Этапа.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оплаты Заказчик уплачивает неустойку в размере 0,1 % от неоплаченной суммы за каждый день просрочки, но не более 10 % от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Срок действия и расторжение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обязательств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отказаться от Договора до сдачи результата, уплатив Исполнителю часть цены пропорционально выполненной части работ и передав ему уведомление за 10 (десять) рабочих дней. В этом случае исключительное право на результаты принятых и оплаченных Этапов остаётся у Заказчика, а результаты незавершённого Этапа передаются Заказчику по Акту после оплаты.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Обязательства Сторон по разделам 5, 7 и 8 сохраняют силу после прекращения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11.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Претензионный порядок обязателен, срок ответа на претензию — 15 (пятнадцать)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спор не урегулирован, он передаётся в арбитражный суд по месту нахождения истца.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12.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Сообщения по Договору направляются по адресам электронной почты: Заказчика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Исполнителя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[e-mail]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считаются полученными в день отправки. Претензии и уведомления об отказе от Договора дублируются заказным письмом по адресу, указанному в разделе 13.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равную юридическую силу, по одному для каждой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 № 1 — Техническое задание; № 2 — Календарный план; № 3 — форма Акта сдачи-приёмки Этапа и передачи исключительного права.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13.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Техническое задание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разработку программы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[рабочее название]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Назначение и пользователи Программы: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[кто и для чего будет пользоваться программой]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Функции Программы: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[функция 1, например «регистрация и авторизация пользователей»]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[функция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[функция 3]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Платформы и технологии: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[веб, iOS, Android, серверная часть; языки и фреймворки]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Требования к производительности и безопасности: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 одновременных пользователей, время отклика, требования к хранению персональных данных]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Интеграции: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[внешние сервисы и системы, с которыми должна работать Программа]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Материалы и доступы, которые предоставляет Заказчик: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[дизайн-макеты, тексты, тестовые данные, доступ к серверу]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Состав передаваемой документации: инструкция по сборке и развёртыванию, описание архитектуры, руководство пользователя.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Календарный план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92"/>
        <w:gridCol w:w="5669"/>
        <w:gridCol w:w="1275"/>
        <w:gridCol w:w="1417"/>
      </w:tblGrid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Этап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Содержание работ и результат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Цена, руб.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[проектирование: прототип интерфейса, архитектура]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[разработка основного функционала]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567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[тестирование, исправление ошибок, развёртывание]</w:t>
            </w:r>
          </w:p>
        </w:tc>
        <w:tc>
          <w:tcPr>
            <w:tcW w:type="dxa" w:w="127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  <w:tc>
          <w:tcPr>
            <w:tcW w:type="dxa" w:w="141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9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5670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7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41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3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сдачи-приёмки Этапа и передачи исключительного права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(Исполнитель) составили настоящий акт о 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выполнил, а Заказчик принял работы по Этапу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Календарного плана: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[содержание результата]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Результат соответствует Техническому заданию. Претензий по объёму и качеству Заказчик не имеет.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Переданы Исходный код и документация. Репозиторий: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репозитория]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итоговый коммит: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[хеш коммита]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 даты подписания настоящего акта к Заказчику переходит исключительное право на результат Этапа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Использованные свободно распространяемые компоненты: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[название компонента — лицензия, например «React — MIT»]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Собственные библиотеки Исполнителя, созданные до Договора (п. 5.3 Договора):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или «не использовались»]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7.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Этапа: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том числе вознаграждение за отчуждение исключительного права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Сдал (Исполнитель)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(Заказчик)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разработку программного обеспечения с отчуждением исключительного права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