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возмездного оказания консультационных услуг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 или доверенности № и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«Заказчик»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исполнителя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или ОГРНИП]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[устава, доверенности или свидетельства о регистрации ИП]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 в дальнейшем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«Исполнитель»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(далее — Договор) о 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Исполнитель обязуется по заданию Заказчика оказать консультационные услуги по вопросам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[тема консультаций, например «налоговых последствий реорганизации ООО в форме выделения»]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Услуги), а Заказчик обязуется принять и оплатить Услуги.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Перечень вопросов, формы и сроки консультаций определяются в Задании (приложение № 1), которое является неотъемлемой частью Договора.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Услуги оказываются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Порядок оказания услуг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Услуги оказываются в формах, указанных в Задании: устные консультации (лично, по телефону, по видеосвязи), письменные ответы и заключения, участие в совещаниях и переговорах Заказчика.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Запросы Заказчика направляются по электронной почте, указанной в разделе 9. Исполнитель отвечает на запрос в течение 3 (трёх) рабочих дней, если в запросе или Задании не установлен иной срок.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предоставляет Исполнителю документы и сведения, необходимые для оказания Услуг. Исполнитель не отвечает за выводы, сделанные на основании недостоверных или неполных сведений, предоставленных Заказчиком.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оказывает Услуги лично или силами своих работников. Привлечение третьих лиц допускается только с письменного согласия Заказчика; в этом случае Исполнитель отвечает за их действия как за свои.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Ответственный специалист Исполнителя: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[ФИО, должность,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Контактное лицо Заказчика: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[ФИО, должность,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Цена и порядок оплаты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Цена Услуг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рублей, включая НДС, если Исполнитель является его плательщиком.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перечисляет аванс в размере 50 % цены Услуг в течение 5 (пяти) рабочих дней с даты подписания Договора. Оставшиеся 50 % оплачиваются в течение 5 (пяти) рабочих дней с даты подписания Акта.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Оплата производится безналичным переводом на расчётный счёт Исполнителя, указанный в разделе 9. Обязанность по оплате считается исполненной с даты списания денег со счёта Заказчика.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Расходы Исполнителя на поездки в интересах Заказчика за пределы города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возмещаются отдельно на основании подтверждающих документов, если такие поездки предварительно согласованы Заказчиком в письменной форме.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Сдача и приёмка услуг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течение 5 (пяти) рабочих дней после окончания срока оказания Услуг Исполнитель передаёт Заказчику Акт об оказании услуг с отчётом по форме приложения № 2, а также письменные материалы, подготовленные в ходе оказания Услуг.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 течение 5 (пяти) рабочих дней с даты получения Акта подписывает его либо направляет мотивированные замечания. Исполнитель устраняет обоснованные замечания в течение 5 (пяти) рабочих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Заказчик в срок, указанный в п. 4.2, не подписал Акт и не направил мотивированные замечания, Услуги считаются принятыми, а Акт подписанным в последний день этого срока.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Конфиденциальность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не раскрывает третьим лицам сведения о Заказчике и его деятельности, полученные при оказании Услуг, а также содержание консультаций, кроме случаев, предусмотренных законом.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Обязанность сохранять конфиденциальность действует в течение срока действия Договора и 3 (трёх) лет после его прекращения.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Письменные материалы, подготовленные для Заказчика, могут использоваться Заказчиком для собственных нужд без ограничений. Исполнитель вправе использовать свои знания и опыт, полученные при оказании Услуг, без раскрытия сведений о Заказчике.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просрочку оплаты Заказчик уплачивает неустойку в размере 0,1 % от неоплаченной суммы за каждый день просрочки, но не более 10 % от неоплаченной суммы.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 нарушение сроков ответа на запросы Исполнитель уплачивает неустойку в размере 0,1 % от цены Услуг за каждый день просрочки, но не более 10 % от цены Услуг.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Ответственность Исполнителя ограничивается реальным ущербом, причинённым Заказчику по вине Исполнителя, и не может превышать цену Услуг. Ограничение не применяется к умышленному нарушению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Решение об использовании рекомендаций Исполнителя принимает Заказчик.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Срок действия и расторжение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вступает в силу с даты подписания и действует до полного исполнения Сторонами своих обязательств.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Заказчик вправе в любое время отказаться от Договора, направив Исполнителю письменное уведомление. В этом случае Заказчик оплачивает Услуги, оказанные до получения уведомления, и подтверждённые расходы Исполнителя, а Исполнитель возвращает неотработанную часть аванса в течение 10 (десяти) рабочих дней.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Исполнитель вправе отказаться от Договора при условии полного возмещения Заказчику убытков (ст. 782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Разрешение споров и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разрешаются путём переговоров. Претензионный порядок обязателен, срок ответа на претензию — 10 (десять) рабочих дней с даты её получения. Неурегулированный спор передаётся в арбитражный суд по месту нахождения истца.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Сообщения, запросы и документы по Договору, направленные по адресам электронной почты из раздела 9, имеют юридическую силу. Претензии и уведомления об отказе от Договора дублируются заказным письмом.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равную юридическую силу, по одному для каждой Стороны.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Приложения: № 1 — Задание; № 2 — форма Акта об оказании услуг с отчётом.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[КПП]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[e-mail]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[полное наименование или ФИО ИП]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[ОГРН или ОГРНИП]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keepNext/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E-mail: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[e-mail]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1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Задание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оказание консультационных услуг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Тема консультаций: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Цель консультаций для Заказчика: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[для чего нужны консультации, например «выбор схемы реорганизации и оценка налоговых рисков»]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Вопросы, по которым оказываются Услуги: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[вопрос 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[вопрос 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[вопрос 3]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Формы консультаций: устные консультации —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часов; письменное заключение по вопросам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[номера вопросов]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объёмом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[ориентировочный объём]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страниц; участие в совещаниях Заказчика —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встреч.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Сроки: письменное заключение —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г.; устные консультации — по запросам Заказчика в период оказания Услуг.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Документы, которые предоставляет Заказчик: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Приложение № 2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Акт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оказании консультационных услуг с отчётом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Исполнителя]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(Исполнитель)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(Заказчик) составили настоящий акт о том, что в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Исполнитель оказал Заказчику консультационные услуги по Договору: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626"/>
        <w:gridCol w:w="1491"/>
        <w:gridCol w:w="3253"/>
        <w:gridCol w:w="1084"/>
        <w:gridCol w:w="1898"/>
      </w:tblGrid>
      <w:tr>
        <w:trPr>
          <w:cantSplit/>
        </w:trPr>
        <w:tc>
          <w:tcPr>
            <w:tcW w:type="dxa" w:w="16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Дата</w:t>
            </w:r>
          </w:p>
        </w:tc>
        <w:tc>
          <w:tcPr>
            <w:tcW w:type="dxa" w:w="14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Форма</w:t>
            </w:r>
          </w:p>
        </w:tc>
        <w:tc>
          <w:tcPr>
            <w:tcW w:type="dxa" w:w="32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Тема и содержание</w:t>
            </w:r>
          </w:p>
        </w:tc>
        <w:tc>
          <w:tcPr>
            <w:tcW w:type="dxa" w:w="10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Часов</w:t>
            </w:r>
          </w:p>
        </w:tc>
        <w:tc>
          <w:tcPr>
            <w:tcW w:type="dxa" w:w="18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Результат</w:t>
            </w:r>
          </w:p>
        </w:tc>
      </w:tr>
      <w:tr>
        <w:trPr>
          <w:cantSplit/>
        </w:trPr>
        <w:tc>
          <w:tcPr>
            <w:tcW w:type="dxa" w:w="16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[дд.мм.гггг]</w:t>
            </w:r>
          </w:p>
        </w:tc>
        <w:tc>
          <w:tcPr>
            <w:tcW w:type="dxa" w:w="14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[устно]</w:t>
            </w:r>
          </w:p>
        </w:tc>
        <w:tc>
          <w:tcPr>
            <w:tcW w:type="dxa" w:w="32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[вопрос и краткий ответ]</w:t>
            </w:r>
          </w:p>
        </w:tc>
        <w:tc>
          <w:tcPr>
            <w:tcW w:type="dxa" w:w="10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8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[рекомендации]</w:t>
            </w:r>
          </w:p>
        </w:tc>
      </w:tr>
      <w:tr>
        <w:trPr>
          <w:cantSplit/>
        </w:trPr>
        <w:tc>
          <w:tcPr>
            <w:tcW w:type="dxa" w:w="162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[дд.мм.гггг]</w:t>
            </w:r>
          </w:p>
        </w:tc>
        <w:tc>
          <w:tcPr>
            <w:tcW w:type="dxa" w:w="1491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[письменно]</w:t>
            </w:r>
          </w:p>
        </w:tc>
        <w:tc>
          <w:tcPr>
            <w:tcW w:type="dxa" w:w="325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[вопрос]</w:t>
            </w:r>
          </w:p>
        </w:tc>
        <w:tc>
          <w:tcPr>
            <w:tcW w:type="dxa" w:w="108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89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[заключение]</w:t>
            </w:r>
          </w:p>
        </w:tc>
      </w:tr>
      <w:tr>
        <w:trPr>
          <w:cantSplit/>
        </w:trPr>
        <w:tc>
          <w:tcPr>
            <w:tcW w:type="dxa" w:w="162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[дд.мм.гггг]</w:t>
            </w:r>
          </w:p>
        </w:tc>
        <w:tc>
          <w:tcPr>
            <w:tcW w:type="dxa" w:w="1491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[совещание]</w:t>
            </w:r>
          </w:p>
        </w:tc>
        <w:tc>
          <w:tcPr>
            <w:tcW w:type="dxa" w:w="325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[тема совещания]</w:t>
            </w:r>
          </w:p>
        </w:tc>
        <w:tc>
          <w:tcPr>
            <w:tcW w:type="dxa" w:w="108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[кол-во]</w:t>
            </w:r>
          </w:p>
        </w:tc>
        <w:tc>
          <w:tcPr>
            <w:tcW w:type="dxa" w:w="189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[протокол]</w:t>
            </w:r>
          </w:p>
        </w:tc>
      </w:tr>
    </w:tbl>
    <w:p>
      <w:pPr>
        <w:spacing w:before="0" w:after="80" w:line="276" w:lineRule="auto"/>
        <w:jc w:val="both"/>
      </w:pP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Специалисты Исполнителя, оказавшие Услуги: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[ФИО,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Заказчику переданы письменные материалы: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Услуг: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включая НДС, если Исполнитель является его плательщиком. С учётом аванса к оплате: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Услуги оказаны в полном объёме и в срок. Заказчик претензий по объёму, качеству и срокам не имеет.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Исполнитель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Заказчик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консультационных услуг между организацией и ООО или ИП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