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Нотариусу нотариального округа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нотариального округа]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нотариальной конторы]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наследника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отказе от наследства в пользу другого наследника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являюсь наследником по закону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очереди]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очереди после смерти моего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родства, например: отца]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умершего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(свидетельство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Последнее место жительства наследодателя: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последнего места жительства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Настоящим заявлением я отказываюсь от причитающейся мне доли в наследстве, оставшемся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 всем основаниям наследования,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 наследника к наследодателю, например: его супруги]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наследника, в пользу которого совершается отказ,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проживающей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Отказ совершаю добровольно, лично, без оговорок и условий, от всего причитающегося мне наследства, где бы оно ни находилось и в чём бы ни заключалось.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Мне известно и нотариусом разъяснено, что: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3 статьи 1157 Гражданского кодекса Российской Федерации отказ от наследства не может быть впоследствии изменён или взят обратно;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2 статьи 1158 Гражданского кодекса Российской Федерации отказ от части причитающегося наследства, а также отказ с оговорками или под условием не допускаются;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отказавшись от наследства, я не буду отвечать по долгам наследодателя и не смогу претендовать на наследственное имущество в будущем.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Обязательной доли в наследстве (статья 1149 Гражданского кодекса Российской Федерации) я не имею. В дееспособности не ограничен(а), под опекой и попечительством не состою, смысл и значение настоящего заявления, а также его юридические последствия мне понятны.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Наследник, в пользу которого я отказываюсь, относится к наследникам по закону, призванным к наследованию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заявителя.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смерти наследодателя.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документа, подтверждающего родство с наследодателем: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документа, например: свидетельство о рождении]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подписывается в присутствии нотариуса по месту открытия наследства. Отказаться можно в течение шести месяцев со дня смерти наследодателя (статьи 1154, 1157 ГК РФ). Если подаёте заявление через представителя или по почте, подпись на нём заранее свидетельствует любой нотариус, а в доверенности должно быть прямо указано полномочие на отказ от наследства.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нотариусу об отказе от наследства в пользу другого наследника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