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районного (городского)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и место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СНИЛС: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СНИЛС]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 собственника смежного участка]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(если известна)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Управление Росреестра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управления]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Госпошлина: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3 000 руб.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Исковое 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исправлении реестровой ошибки и установлении границ земельного участка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Мне на праве собственности принадлежит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Участок истца). Право собственности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 в ЕГРН]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[правоустанавливающий документ,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Ответчику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принадлежит смежный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Участок ответчика). Границы Участка ответчика установлены и внесены в Единый государственный реестр недвижимости (ЕГРН) на основании межевого плана, подготовленного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Граница между участками на местности закреплена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ограждения: забор, межа]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не переносилась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года, то есть более пятнадцати лет. Фактическое землепользование по этой границе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[планом участка из правоустанавливающего документа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техническим паспортом БТИ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ортофотопланом, фотографиями, показаниями свидетелей].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я обратился к кадастровому инженеру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кадастрового инженера]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для уточнения местоположения границ Участка истца. При проведении кадастровых работ выявлено, что по сведениям ЕГРН граница Участка ответчика пересекает фактическую границу и накладывается на Участок истца на площади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м. Причина пересечения — ошибка в определении координат характерных точек при межевании Участка ответчика, воспроизведённая в ЕГРН. Это следует из заключения кадастрового инженера в составе межевого плана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3 статьи 61 Федерального закона от 13.07.2015 № 218-ФЗ «О государственной регистрации недвижимости» (далее — Закон № 218-ФЗ) такая ошибка является реестровой. В случаях, если исправление реестровой ошибки может причинить вред или нарушить законные интересы правообладателей, такое исправление производится только по решению суда (часть 4 статьи 61 Закона № 218-ФЗ).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правилам части 1.1 статьи 43 Закона № 218-ФЗ при уточнении границ их местоположение определяется по документу, подтверждающему право на земельный участок, а при отсутствии в нём таких сведений — по документам об образовании участка или по границам, существующим на местности пятнадцать лет и более и закреплённым природными объектами или объектами искусственного происхождения. Межевой план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подготовлен в соответствии с этими правилами: смежная граница определена по фактическому ограждению, существующему более 15 лет, площадь Участка истца по результатам уточнения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и соответствует правоустанавливающим документам.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 Ответчику предложение согласовать местоположение смежной границы и исправить реестровую ошибку во внесудебном порядке. Ответчик от подписания акта согласования отказался. Без устранения пересечения орган регистрации прав приостанавливает кадастровый учёт изменений Участка истца, что подтверждается уведомлением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Таким образом, спор о местоположении границы может быть разрешён только в судебном порядке (часть 5 статьи 40 Федерального закона от 24.07.2007 № 221-ФЗ «О кадастровой деятельности»).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Наличие в ЕГРН ошибочных сведений о границе Участка ответчика нарушает моё право собственности, поскольку я лишён возможности внести в ЕГРН сведения о границах своего участка в соответствии с его фактическим использованием. Нарушенное право на земельный участок подлежит восстановлению (статья 60 Земельного кодекса РФ, статья 304 Гражданского кодекса РФ), а споры о границах рассматриваются судом (статья 64 Земельного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 подаётся по месту нахождения земельных участков (часть 1 статьи 30 ГПК РФ). Требование об установлении границ является имущественным требованием, не подлежащим оценке, государственная пошлина уплачена в размере, установленном подпунктом 3 пункта 1 статьи 333.19 Налогового кодекса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60, 64 Земельного кодекса РФ, статьёй 304 Гражданского кодекса РФ, статьями 43, 61 Закона № 218-ФЗ, статьями 30, 131, 132 ГПК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реестровой ошибкой сведения ЕГРН о местоположении границы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части, смежной с земельным участком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Исправить реестровую ошибку путём исключения из ЕГРН сведений о координатах характерных точек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 точек]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границы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внесения сведений о координатах смежной границы, указанных в пункте 3.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границу земельного участка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 в соответствии с межевым планом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подготовленным кадастровым инженером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 следующим координатам (система координат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[МСК-номер]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534"/>
        <w:gridCol w:w="2910"/>
        <w:gridCol w:w="2910"/>
      </w:tblGrid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Обозначение точки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X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Y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[н1]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X]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Y]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[н2]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X]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Y]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[н3]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X]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Y]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[н4]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X]</w:t>
            </w:r>
          </w:p>
        </w:tc>
        <w:tc>
          <w:tcPr>
            <w:tcW w:type="dxa" w:w="291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Y]</w:t>
            </w:r>
          </w:p>
        </w:tc>
      </w:tr>
      <w:tr>
        <w:trPr>
          <w:cantSplit/>
        </w:trPr>
        <w:tc>
          <w:tcPr>
            <w:tcW w:type="dxa" w:w="35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[н1]</w:t>
            </w:r>
          </w:p>
        </w:tc>
        <w:tc>
          <w:tcPr>
            <w:tcW w:type="dxa" w:w="291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X]</w:t>
            </w:r>
          </w:p>
        </w:tc>
        <w:tc>
          <w:tcPr>
            <w:tcW w:type="dxa" w:w="291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[координата Y]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Указать, что решение суда является основанием для внесения в ЕГРН изменений в сведения о местоположении границ и площади указанных земельных участков.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Взыскать с Ответчика в мою пользу расходы по уплате государственной пошлины.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Ходатайство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случае возражений Ответчика относительно местоположения смежной границы прошу назначить по делу судебную землеустроительную экспертизу. Вопросы для эксперта и кандидатуру экспертного учреждения представлю в судебном заседании.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Документ, подтверждающий направление Ответчику и третьему лицу копий искового заявления с приложениями.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Квитанция об уплате государственной пошлины.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Участок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ЕГРН на Участок ответчика.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правоустанавливающего документа на Участок истца.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Межевой план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заключением кадастрового инженера.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уведомления органа регистрации прав о приостановлении кадастрового учёта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предложения Ответчику о согласовании границы и доказательства его направления.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фактическую границу более 15 лет: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[план БТИ, ортофотоплан, фотографии]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Межевой план и координаты подготовьте заранее: без точных координат суд не сможет установить границу, а решение будет неисполнимо. Иск подаётся в районный суд по месту нахождения участка, мировой судья такие споры не рассматривает.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исправлении реестровой ошибки и установлении границ земельного участка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