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собственника соседнего участка]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известна)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устранении препятствий в пользовании земельным участком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Участок истца). Право собственности зарегистрировано в ЕГРН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Границы Участка истца установлены в соответствии с требованиями земельного законодательства, сведения о координатах характерных точек внесены в ЕГРН.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Ответчику принадлежит смежный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Участок ответчика).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Ответчик без моего согласия демонтировал прежний забор между участками и установил новый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забора: материал, высота]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смещением в сторону Участка истца. В результате часть Участка истца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оказалась огорожена забором Ответчика и используется им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использования, например размещения теплицы и складирования стройматериалов]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 занятия части Участка истца подтверждается заключением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вынес на местность характерные точки границы по сведениям ЕГРН и установил, что забор Ответчика расположен на расстоянии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 от границы вглубь Участка истца между точками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точек]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(схема расположения прилагается).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 к Ответчику с письменным требованием перенести забор на смежную границу по сведениям ЕГРН и освободить занятую часть участка. Ответчик требование не исполнил.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 в 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самовольном занятии части земельного участка, по результатам проверки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результата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Действиями Ответчика нарушено моё право собственности: я лишён возможности пользоваться частью своего участка,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последствий, например обслуживать стену своего дома и проезжать к хозяйственным постройкам]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304 Гражданского кодекса РФ (далее — ГК РФ) собственник может требовать устранения всяких нарушений его права, хотя бы эти нарушения и не были соединены с лишением владения. Согласно подпункту 2 пункта 1 и подпункту 4 пункта 2 статьи 60 Земельного кодекса РФ (далее — ЗК РФ) нарушенное право на земельный участок подлежит восстановлению в случае его самовольного занятия, а действия, нарушающие права на землю, могут быть пресечены путём восстановления положения, существовавшего до нарушения права. Самовольно занятые земельные участки возвращаются их собственникам с приведением в пригодное для использования состояние и сносом незаконно возведённых сооружений (пункт 2 статьи 62, пункт 2 статьи 76 ЗК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 разъяснено в пункте 45 постановления Пленума Верховного Суда РФ № 10, Пленума Высшего Арбитражного Суда РФ № 22 от 29.04.2010, такой иск подлежит удовлетворению, если истец докажет, что он является собственником имущества, а действиями ответчика, не связанными с лишением владения, нарушается его право собственности. На требование об устранении нарушений права собственности, не связанных с лишением владения, исковая давность не распространяется (абзац пятый статьи 208 ГК РФ, пункт 49 указанного постановления).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Чтобы решение было исполнено, прошу установить судебную неустойку на случай его неисполнения (пункт 1 статьи 308.3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304, 308.3 ГК РФ, статьями 60, 62, 76 ЗК РФ, статьями 30, 131, 132, 206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Ответчика устранить препятствия в пользовании земельным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в течение одного месяца со дня вступления решения суда в законную силу за свой счёт демонтировать забор, расположенный на этом участке, и перенести его на смежную границу участков по сведениям ЕГРН между характерными точками со следующими координатами (система координат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[МСК-номер]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34"/>
        <w:gridCol w:w="2910"/>
        <w:gridCol w:w="2910"/>
      </w:tblGrid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Обозначение точки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X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Y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точки]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точки]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точки]</w:t>
            </w:r>
          </w:p>
        </w:tc>
        <w:tc>
          <w:tcPr>
            <w:tcW w:type="dxa" w:w="29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Ответчика в тот же срок освободить часть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от принадлежащего ему имущества: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имущества, например теплицы, строительных материалов]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Ответчика не чинить мне препятствий в пользовании земельным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судебную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день неисполнения решения суда по истечении установленного срока до его фактического исполнения.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расходы по уплате государственной пошлины и расходы на услуги кадастрового инженера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Участок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Участок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Заключение кадастрового инженера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схемой расположения забора.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Фотографии забора и занятой части участка.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требования Ответчику и доказательства его направления.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ответа Управления Росреестра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расходы на услуги кадастрового инженера.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Образец рассчитан на случай, когда границы вашего участка уже внесены в ЕГРН. Если координат в реестре нет, сначала нужно установить границы, иначе суд не сможет определить, где проходит ваша земля.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устранении препятствий в пользовании земельным участком (перенос забора соседа)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