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Нотариусу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нотариального округа]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нотариуса]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нотариальной конторы]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заявителя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принятии мер по охране наследства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смерти]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умер(ла)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наследодателя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наследодателя]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 (свидетельство о смерти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г.). Последнее место жительства наследодателя: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последнего места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являюсь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[степень родства, например сыном]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наследодателя и наследником по закону первой очереди в соответствии со статьёй 1142 Гражданского кодекса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состав наследства входит, в частности, следующее имущество: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[квартира, расположенная по адресу: адрес, 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а также находящиеся в ней мебель, бытовая техника и личные вещи наследодателя;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[автомобиль марки, модели, год выпуска, государственный регистрационный знак, VIN]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находящийся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стоянки]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[иное известное имущество: гараж, ценности, предметы обихода с указанием места нахождения]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Наследственному имуществу угрожает утрата и повреждение: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изложите факты, например: квартира пустует с даты смерти, ключи от неё находятся у постороннего лица — ФИО, которое без согласия наследников посещает квартиру и выносит вещи]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статей 1171, 1172 Гражданского кодекса Российской Федерации и статьи 64 Основ законодательства Российской Федерации о нотариате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Принять меры по охране наследства, открывшегося после смерти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наследодателя]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Произвести опись наследственного имущества, находящегося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[адрес, где находится имущество]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Обнаруженные при описи наличные денежные средства внести на депозит нотариуса, валютные ценности, драгоценные металлы и изделия из них передать на хранение в банк.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Имущество, не требующее управления, передать на хранение мне. Я согласен(на) принять имущество на хранение и обязуюсь обеспечить его сохранность до выдачи свидетельства о праве на наследство.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Направить запросы в банки и иные кредитные организации о наличии у наследодателя счетов, вкладов и иного имущества.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Сведения об иных известных мне наследниках: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отчество, степень родства, адрес каждого наследника]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Доступ в помещение для проведения описи могу обеспечить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и время, когда удобно провести опись]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Подавайте заявление нотариусу по последнему месту жительства умершего как можно раньше, пока имущество на месте. Пошлина 600 ₽, услуги технического характера оплачиваются отдельно по тарифу региона.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заявителя.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смерти наследодателя.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документов, подтверждающих родство с наследодателем: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документа, например свидетельство о рождении]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 о последнем месте жительства наследодателя: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документов на наследственное имущество (при наличии):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документов]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нотариусу о принятии мер по охране наследства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