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Арбитражный суд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РФ, например Ивановской области]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арбитражного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 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номер, 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Саморегулируемая организация арбитражных управляющих: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СРО]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СРО]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Государственная 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взимается (подп. 8 п. 1 ст. 333.21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гражданина несостоятельным (банкротом)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не являюсь индивидуальным предпринимателем, что подтверждается выпиской из ЕГРИП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Обращаюсь в арбитражный суд по месту жительства (пункт 1 статьи 33 Федерального закона от 26.10.2002 № 127-ФЗ «О несостоятельности (банкротстве)», далее — Закон о банкротстве).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Общий размер моих денежных обязательств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[общая сумма долга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руб., в том числе основной долг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проценты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неустойки и штрафы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Обязательства перед кредиторами возникли из следующих оснований: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040"/>
        <w:gridCol w:w="3742"/>
        <w:gridCol w:w="1520"/>
        <w:gridCol w:w="1052"/>
      </w:tblGrid>
      <w:tr>
        <w:trPr>
          <w:cantSplit/>
        </w:trPr>
        <w:tc>
          <w:tcPr>
            <w:tcW w:type="dxa" w:w="30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Кредитор</w:t>
            </w:r>
          </w:p>
        </w:tc>
        <w:tc>
          <w:tcPr>
            <w:tcW w:type="dxa" w:w="37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Основание обязательства</w:t>
            </w:r>
          </w:p>
        </w:tc>
        <w:tc>
          <w:tcPr>
            <w:tcW w:type="dxa" w:w="15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  <w:tc>
          <w:tcPr>
            <w:tcW w:type="dxa" w:w="10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Просрочка</w:t>
            </w:r>
          </w:p>
        </w:tc>
      </w:tr>
      <w:tr>
        <w:trPr>
          <w:cantSplit/>
        </w:trPr>
        <w:tc>
          <w:tcPr>
            <w:tcW w:type="dxa" w:w="30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кредитора 1]</w:t>
            </w:r>
          </w:p>
        </w:tc>
        <w:tc>
          <w:tcPr>
            <w:tcW w:type="dxa" w:w="37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[кредитный договор № ... от ...]</w:t>
            </w:r>
          </w:p>
        </w:tc>
        <w:tc>
          <w:tcPr>
            <w:tcW w:type="dxa" w:w="15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30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кредитора 2]</w:t>
            </w:r>
          </w:p>
        </w:tc>
        <w:tc>
          <w:tcPr>
            <w:tcW w:type="dxa" w:w="37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[договор займа № ... от ...]</w:t>
            </w:r>
          </w:p>
        </w:tc>
        <w:tc>
          <w:tcPr>
            <w:tcW w:type="dxa" w:w="15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30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кредитора 3]</w:t>
            </w:r>
          </w:p>
        </w:tc>
        <w:tc>
          <w:tcPr>
            <w:tcW w:type="dxa" w:w="37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[судебный приказ № ... от ...]</w:t>
            </w:r>
          </w:p>
        </w:tc>
        <w:tc>
          <w:tcPr>
            <w:tcW w:type="dxa" w:w="15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304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374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52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[общая сумма]</w:t>
            </w:r>
          </w:p>
        </w:tc>
        <w:tc>
          <w:tcPr>
            <w:tcW w:type="dxa" w:w="1052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Задолженность образовалась по следующим причинам: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и по существу: например, снижение дохода в связи с увольнением с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болезнь, рождение ребёнка, рост ежемесячных платежей после рефинансирования]. В настоящее время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[источник дохода: заработная плата, пенсия, пособие]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тогда как ежемесячные платежи по всем обязательствам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На моём иждивении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 и кто: например, несовершеннолетний сын, [год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р.].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прекратил(а) расчёты с кредиторами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Сроки исполнения обязательств истекли, а доходов и имущества недостаточно для расчётов со всеми кредиторами. Удовлетворение требований одного кредитора приведёт к невозможности исполнения обязательств перед другими. Размер задолженности превышает стоимость моего имущества. Таким образом, я отвечаю признакам неплатёжеспособности, предусмотренным пунктом 3 статьи 213.6 Закона о банкротстве.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отношении меня возбуждены исполнительные производства: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 исполнительных производств, отдел судебных приставов, суммы]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Взыскание по ним результата не дало.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Принадлежащее мне имущество указано в описи имущества, прилагаемой к заявлению: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например, единственное жилое помещение по адресу ..., автомобиль ..., доля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Имущество, являющееся предметом залога: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залогодержатель либо слово «отсутствует»]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Источника дохода, достаточного для утверждения плана реструктуризации долгов и погашения задолженности в разумный срок, я не имею. Требованиям для утверждения плана реструктуризации долгов (пункт 1 статьи 213.13 Закона о банкротстве) я не соответствую, поэтому ходатайствую о признании меня банкротом и введении процедуры реализации имущества гражданина (пункт 8 статьи 213.6 Закона о банкротстве).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браке: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 и ФИО супруга либо «в браке не состою»]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Сделки с недвижимостью, транспортными средствами, ценными бумагами, долями, а также сделки на сумму свыше 300 000 руб. за последние три года: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сделок с датами либо «не совершались»]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Финансового управляющего прошу утвердить из числа членов саморегулируемой организации, указанной в шапке заявления. Денежные средства на выплату вознаграждения финансовому управляющему в размере 25 000 руб. (пункт 3 статьи 20.6 Закона о банкротстве) будут внесены мной в депозит арбитражного суда после принятия заявления к производству с указанием номера дела (пункт 4 статьи 213.4 Закона о банкротстве).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Деньги на вознаграждение управляющего вносятся в депозит арбитражного суда после вынесения определения о принятии заявления и до первого судебного заседания. Без депозита суд не сможет утвердить управляющего.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33, 37, 38, 213.3, 213.4, 213.6 Закона о банкротстве, статьями 223, 224 Арбитражного процессуального кодекса Российской Федерации,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меня,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несостоятельным (банкротом).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Ввести процедуру реализации имущества гражданина.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Утвердить финансового управляющего из числа членов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саморегулируемой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наличие задолженности и основания её возникновения (кредитные договоры, договоры займа, судебные акты, справки и выписки кредиторов).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Список кредиторов и должников гражданина и опись имущества гражданина по формам, утверждённым Минэкономразвития России.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ЕГРИП, полученная не ранее чем за пять рабочих дней до подачи заявления.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СНИЛС, сведения о состоянии индивидуального лицевого счёта застрахованного лица.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постановке на учёт в налоговом органе (ИНН).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доходах и удержанных суммах налога за три года (справки о доходах).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Справки банков о наличии счетов, вкладов и остатках денежных средств, выписки по счетам за три года, сведения о счёте цифрового рубля.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 правах на имущество (выписки из ЕГРН, свидетельство о регистрации транспортного средства).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 сделках за три года до подачи заявления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заключении (расторжении) брака, брачного договора, соглашения о разделе имущества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свидетельств о рождении детей.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решения о признании безработным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направлении копии заявления кредиторам и в налоговый орган.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саморегулируемой организации арбитражных управляющих.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признании его банкротом в арбитражный суд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