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Судебному приставу-исполнителю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отдела судебных приставов, например ОСП по Ленинскому району г. Иваново]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УФССП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инициалы судебного пристава-исполнителя]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отдела судебных приставов]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Взыскатель: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или ФИО взыскателя]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Исполнительное производство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-ИП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возбуждения]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окончании исполнительного производства в связи с фактическим исполнением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находится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-ИП,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возбуждения]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исполнительного документа, например исполнительного листа серии ФС №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 или органа]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 взыскании с меня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или ФИО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денежных средств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Задолженность по исполнительному документу погашена мной в полном объёме: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100"/>
        <w:gridCol w:w="3668"/>
        <w:gridCol w:w="1192"/>
        <w:gridCol w:w="3393"/>
      </w:tblGrid>
      <w:tr>
        <w:trPr>
          <w:cantSplit/>
        </w:trPr>
        <w:tc>
          <w:tcPr>
            <w:tcW w:type="dxa" w:w="11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 платежа</w:t>
            </w:r>
          </w:p>
        </w:tc>
        <w:tc>
          <w:tcPr>
            <w:tcW w:type="dxa" w:w="36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Способ оплаты и получатель</w:t>
            </w:r>
          </w:p>
        </w:tc>
        <w:tc>
          <w:tcPr>
            <w:tcW w:type="dxa" w:w="119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Сумма, руб.</w:t>
            </w:r>
          </w:p>
        </w:tc>
        <w:tc>
          <w:tcPr>
            <w:tcW w:type="dxa" w:w="339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Документ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36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 депозитный счёт ОСП по реквизитам постановления]</w:t>
            </w:r>
          </w:p>
        </w:tc>
        <w:tc>
          <w:tcPr>
            <w:tcW w:type="dxa" w:w="119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339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[чек, квитанция № ...]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366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[способ, например удержание из заработной платы]</w:t>
            </w:r>
          </w:p>
        </w:tc>
        <w:tc>
          <w:tcPr>
            <w:tcW w:type="dxa" w:w="119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  <w:tc>
          <w:tcPr>
            <w:tcW w:type="dxa" w:w="339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[справка работодателя, выписка банка]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3669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19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[общая сумма]</w:t>
            </w:r>
          </w:p>
        </w:tc>
        <w:tc>
          <w:tcPr>
            <w:tcW w:type="dxa" w:w="3393"/>
          </w:tcPr>
          <w:p>
            <w:pPr>
              <w:spacing w:before="0" w:after="20" w:line="240" w:lineRule="auto"/>
              <w:jc w:val="left"/>
            </w:pPr>
            <w:r/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Сумма уплаченных средств полностью покрывает требования исполнительного документа. Подтверждающие документы прилагаю.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пунктом 1 части 1 статьи 47 Федерального закона от 02.10.2007 № 229-ФЗ «Об исполнительном производстве» (далее — Закон) исполнительное производство оканчивается в случае фактического исполнения требований исполнительного документа. По части 1.1 той же статьи постановление об окончании выносится в течение трёх дней со дня поступления из ГИС ГМП информации об уплате задолженности в полном объёме либо перечисления средств взыскателю. Согласно части 4 статьи 47 Закона в постановлении об окончании исполнительного производства отменяются установленные для должника ограничения, в том числе запрет на выезд из Российской Федерации, аресты и запреты в отношении имущества.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Денежные средства, поступившие на депозитный счёт отдела судебных приставов сверх суммы долга, подлежат возврату должнику (часть 6 статьи 110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47, 50, 64.1 Федерального закона «Об исполнительном производстве»,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Окончить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-ИП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возбуждения]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связи с фактическим исполнением требований исполнительного документа.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Отменить все меры принудительного исполнения и ограничения, применённые в рамках исполнительного производства, в том числе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известных вам мер, например арест счёта в ПАО «...», обращение взыскания на заработную плату, ограничение на выезд из Российской Федерации, запрет регистрационных действий с автомобилем ..., госномер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Возвратить на мой счёт денежные средства, излишне поступившие на депозитный счёт отдела судебных приставов, по реквизитам: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счёта, наименование банка, БИК, корреспондентский счёт]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Направить мне копию постановления об окончании исполнительного производства и копии постановлений об отмене мер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или 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а также в личный кабинет на портале Госуслуг.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Заявление рассматривается в течение 10 дней со дня поступления к приставу (часть 5 статьи 64.1 Закона). Если ответа нет или вынесен отказ, жалобу можно подать в течение 10 дней (статья 122 Закона).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платёжных документов об оплате задолженности: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чеков и квитанций]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Справка взыскателя об отсутствии задолженности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(при наличии).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Справка работодателя об удержаниях по исполнительному документу (при наличии).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должника.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должника приставу об окончании исполнительного производства в связи с оплатой долга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