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Судебному приставу-исполнителю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приставов, например ОСП по Ленинскому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судебного пристава-исполнителя]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судебных приставов]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должника: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снятии временного ограничения на выезд из Российской Федерации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исполнении у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исполнительного документа, например исполнительного листа серии ФС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денежных средств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мне временно ограничен выезд из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Задолженность по исполнительному производству погашена мной в полном объёме: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перечислил(а)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на депозитный счёт отделения судебных приставов,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[платёжным документом: чеком, платёжным поручением, квитанцией]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учётом этого платежа требования исполнительного документа исполнены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Однако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постановление о снятии временного ограничения на выезд не вынесено, ограничение продолжает действовать.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планируемой поездки]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планирую выезд за пределы Российской Федерации, сохранение ограничения нарушает моё право свободно выезжать за пределы Российской Федерации, гарантированное частью 2 статьи 27 Конституции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7 статьи 67 Федерального закона от 02.10.2007 № 229-ФЗ «Об исполнительном производстве» при наличии оснований для снятия временного ограничения на выезд судебный пристав-исполнитель выносит постановление о снятии такого ограничения не позднее дня, следующего за днём возникновения этих оснований. Копия постановления о снятии ограничения направляется должнику не позднее дня, следующего за днём его вынесения (часть 10 статьи 67 указанного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Исполнение требований исполнительного документа в полном объёме является также основанием для окончания исполнительного производства (пункт 1 части 1 статьи 47 Закона), при этом в постановлении об окончании исполнительного производства отменяются установленные для должника ограничения.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47, 64.1, 67 Федерального закона «Об исполнительном производстве»,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Вынести постановление о снятии временного ограничения на выезд из Российской Федерации, установленного мне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-ИП, и незамедлительно направить его в уполномоченный орган для исключения сведений обо мне из перечня лиц, выезд которых ограничен.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-ИП в связи с фактическим исполнением требований исполнительного документа.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копии вынесенных постановлений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через личный кабинет на Едином портале государственных и муниципальных услуг, а также по почтовому адресу, указанному в заявлении.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рассматривается в течение 10 дней со дня поступления к приставу (часть 5 статьи 64.1 Закона № 229-ФЗ). Если поездка скоро, подайте его через Госуслуги или лично в канцелярию ОСП и сохраните отметку о принятии.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об оплате задолженности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временном ограничении на выезд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гражданина Российской Федерации.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 о снятии временного ограничения на выезд из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