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Судебному приставу-исполнителю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судебного пристава-исполнителя]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судебных приставов]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излишне удержанных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исполнении у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исполнительного документа, 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долга]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рамках исполнительного производства вынесены постановления об обращении взыскания на денежные средства, находящиеся на моих счетах в банках. Во исполнение этих постановлений с моих счетов списаны: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61"/>
        <w:gridCol w:w="5431"/>
        <w:gridCol w:w="1961"/>
      </w:tblGrid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списания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Банк, номер счёта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счёт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4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счёт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 списано</w:t>
            </w:r>
          </w:p>
        </w:tc>
        <w:tc>
          <w:tcPr>
            <w:tcW w:type="dxa" w:w="543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сумма задолженности по исполнительному производству с учётом исполнительского сбора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долга и сбора]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Таким образом, с моих счетов удержано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излишка]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больше, чем требовалось для исполнения требований исполнительного документа. Это подтверждается выписками банков о движении денежных средств, приложенными к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11 статьи 70 Федерального закона от 02.10.2007 № 229-ФЗ «Об исполнительном производстве», если на депозитный счёт службы судебных приставов поступила сумма, превышающая задолженность, должнику возвращается излишне полученная сумма. Денежные средства, оставшиеся после удовлетворения всех требований, возвращаются должнику (часть 6 статьи 110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Кроме того, в связи с полным погашением задолженности основания для сохранения мер принудительного исполнения отпали: исполнительное производство подлежит окончанию в связи с фактическим исполнением (пункт 1 части 1 статьи 47 Закона), а установленные ограничения подлежат отмене (часть 4 статьи 47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47, 64.1, 70, 110 Федерального закона «Об исполнительном производстве»,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излишне удержанные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излишка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излишка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руб. по следующим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Отменить все меры по обращению взыскания на денежные средства, находящиеся на моих счетах в банках и иных кредитных организациях, и направить соответствующие постановления в банки.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 в связи с фактическим исполнением требований исполнительного документа.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постановления, вынесенного по результатам рассмотрения настоящего заявления,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через личный кабинет на Едином портале государственных и муниципальных услуг.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Пристав рассматривает заявление в течение 10 дней (часть 5 статьи 64.1 Закона № 229-ФЗ). Укажите реквизиты счёта, на который не наложен арест, иначе возвращённые деньги могут снова списать.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движении денежных средств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движении денежных средств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размер задолженности (постановление о возбуждении исполнительного производства, справка о задолженности).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Реквизиты банковского счёта для возврата денежных средств.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 о возврате излишне удержанных денежных средств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