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суда, рассмотревшего дело, или суда по месту исполнения]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Заявитель (должник):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Взыскатель: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или ФИО взыскателя]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взыскателя]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Заинтересованное лицо: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судебный пристав-исполнитель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судебного пристава-исполнителя]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отделения судебных приставов]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Дело: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Исполнительное производство: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-ИП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возбуждения]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Государственная пошлина: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3 000 руб.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об изменении порядка исполнения решения суда путём уменьшения размера удержаний из заработной платы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Решением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решения]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меня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или ФИО взыскателя]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взыскано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На основании выданного судом исполнительного листа серии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судебным приставом-исполнителем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возбуждено 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-ИП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возбуждения]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Постановлением судебного пристава-исполнителя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постановления]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обращено взыскание на мою заработную плату в размере 50 процентов. Удержания производит работодатель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работодателя]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Остаток задолженности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остатка]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Мой единственный доход составляет заработная плата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в месяц после удержания налога, что подтверждается справкой о доходах. После удержания 50 процентов у меня остаётся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остатка дохода]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в месяц.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моём иждивении находится несовершеннолетний ребёнок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рождения. Других доходов и имущества, за счёт которых можно было бы погашать долг и содержать семью, у меня нет. Ежемесячные обязательные расходы семьи составляют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руб., в том числе оплата жилого помещения и коммунальных услуг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Величина прожиточного минимума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субъекта Российской Федерации]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 составляет: для трудоспособного населения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руб., для детей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Таким образом, после удержаний на меня и ребёнка остаётся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остатка дохода]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руб., что меньше суммы прожиточных минимумов на нас двоих, равной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прожиточных минимумов]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Сохранение удержаний в прежнем размере лишает мою семью средств, необходимых для существования.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пункту 4 статьи 4 Федерального закона от 02.10.2007 № 229-ФЗ «Об исполнительном производстве» исполнительное производство осуществляется на принципе неприкосновенности минимума имущества, необходимого для существования должника-гражданина и членов его семьи. Частью 2 статьи 99 указанного Закона установлен лишь максимальный размер удержаний (не более 50 процентов), который не является обязательным.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 частью 5.2 статьи 69 Закона должник-гражданин, у которого есть лица на иждивении, вправе обратиться в суд с заявлением о сохранении ему заработной платы и иных доходов ежемесячно в размере, превышающем прожиточный минимум.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 наличии обстоятельств, затрудняющих исполнение судебного постановления, должник вправе поставить перед судом, рассмотревшим дело, или судом по месту исполнения вопрос об изменении способа и порядка исполнения (статья 434 Гражданского процессуального кодекса Российской Федерации, часть 1 статьи 37 Закона № 229-ФЗ).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Уменьшение размера удержаний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[процент]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процентов позволит продолжать исполнение решения суда ежемесячными платежами около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ежемесячного платежа]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и одновременно сохранит мне и ребёнку средства к существованию. Баланс интересов взыскателя и должника при этом соблюдается.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изложенного, руководствуясь статьями 203, 203.1, 434 Гражданского процессуального кодекса Российской Федерации, статьями 4, 37, 69, 99 Федерального закона «Об исполнительном производстве»,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Изменить порядок исполнения решения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решения]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: уменьшить размер ежемесячных удержаний из моей заработной платы и иных доходов по исполнительному производству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-ИП с 50 процентов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[процент]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процентов.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Сохранить мне заработную плату и иные доходы ежемесячно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руб., превышающем прожиточный минимум, с учётом нахождения на моём иждивении несовершеннолетнего ребёнка.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Заявление рассматривается в 10-дневный срок без судебного заседания (статья 203.1 ГПК РФ). Копию заявления с приложениями заранее направьте взыскателю и приставу, квитанции приложите.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 об уплате государственной пошлины.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Документы о направлении копии заявления взыскателю и судебному приставу-исполнителю.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постановления о возбуждении исполнительного производства.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постановления об обращении взыскания на заработную плату.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Справка о доходах и суммах налога за последние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месяцев.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Справка работодателя о произведённых удержаниях.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свидетельства о рождении ребёнка.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8.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Документы о расходах семьи (квитанции за жилищно-коммунальные услуги и другие).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9.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паспорта заявителя.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подачи]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суд об уменьшении размера удержаний из заработной платы по исполнительному листу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