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перевозчика, указанного в билете, например АО «...»]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перевозчика]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перевозчика]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пассажира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выплате штрафа за опоздание поезда и возмещении убытков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приобрёл(а) проездной документ (электронный билет)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билета]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поезд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поезда]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сообщением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[станция отправления]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[станция назначения]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вагон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место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отправлением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прибытием на станцию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[станция назначения]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(время московское). Стоимость проезда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и была оплачена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Поезд прибыл на станцию назначения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то есть опоздал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мин. Время фактического прибытия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[документ: справка, выданная на вокзале, или скриншоты табло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Из-за опоздания поезда я понёс(ла) следующие расходы: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619"/>
        <w:gridCol w:w="3464"/>
        <w:gridCol w:w="1270"/>
      </w:tblGrid>
      <w:tr>
        <w:trPr>
          <w:cantSplit/>
        </w:trPr>
        <w:tc>
          <w:tcPr>
            <w:tcW w:type="dxa" w:w="46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Расход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</w:t>
            </w:r>
          </w:p>
        </w:tc>
        <w:tc>
          <w:tcPr>
            <w:tcW w:type="dxa" w:w="12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Неиспользованный билет на пересадку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поезда или рейса]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билет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чек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Новый билет 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[пункт назначения]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билет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чек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Такси от вокзала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чек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2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 убытков</w:t>
            </w:r>
          </w:p>
        </w:tc>
        <w:tc>
          <w:tcPr>
            <w:tcW w:type="dxa" w:w="346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27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110 Федерального закона от 10.01.2003 № 18-ФЗ «Устав железнодорожного транспорта Российской Федерации» (далее — Устав) за опоздание поезда на железнодорожную станцию назначения перевозчик уплачивает пассажиру штраф в размере 3 % стоимости проезда за каждый час задержки, но не более стоимости проезда, если не докажет, что опоздание произошло вследствие непреодолимой силы, устранения угрожавшей жизни и здоровью пассажиров неисправности транспортного средства, возникшей не по вине перевозчика, или иных не зависящих от него обстоятельств. Пассажир вправе потребовать также возмещения причинённых ему убытков.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штрафа: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[стоимость проезда]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× 3 %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 полных часов]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Нарушением сроков перевозки нарушены мои права потребителя: 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 последствия, например: опоздал(а) на важную встречу, провёл(а) несколько часов в вагоне без информации о времени прибытия]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На основании статьи 15 Закона РФ «О защите прав потребителей» оцениваю компенсацию морального вреда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15, 393, 795 Гражданского кодекса РФ, статьями 110, 123 Устава, пунктами 57 и 58 Правил оказания услуг по перевозкам на железнодорожном транспорте пассажиров, утверждённых постановлением Правительства РФ от 27.05.2021 № 810, статьёй 15 Закона РФ «О защите прав потребителей»,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30 дней со дня получения претензии: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штраф за опоздание поезда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Возместить убытки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прошу направить по почтовому адресу или на e-mail, указанные выше. Если требования не будут удовлетворены, я обращусь в суд с иском о взыскании указанных сумм, штрафа в размере 50 % от присуждённой суммы (пункт 6 статьи 13 Закона РФ «О защите прав потребителей») и судебных расходов.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контрольного купона электронного билета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(или оригинал бумажного билета).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Документ, подтверждающий время опоздания поезда: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[справка, скриншоты табло]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билетов и чеков, подтверждающих убытки.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(страница с фотографией).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пассажира]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Претензию к перевозчику предъявляют в течение 6 месяцев (статья 123 Устава). Штраф не выплачивается, если поезд опоздал меньше чем на час. Отправьте претензию заказным письмом с описью вложения на юридический адрес перевозчика, указанного в билете, и сохраните квитанцию.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железнодорожному перевозчику о выплате штрафа за опоздание поезда и возмещении убытков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