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40" w:lineRule="auto"/>
        <w:ind w:left="4819"/>
        <w:jc w:val="left"/>
      </w:pPr>
      <w:r>
        <w:rPr>
          <w:rFonts w:ascii="Times New Roman" w:hAnsi="Times New Roman" w:eastAsia="Times New Roman"/>
          <w:b/>
          <w:i w:val="0"/>
          <w:color w:val="1A1A1A"/>
          <w:sz w:val="24"/>
        </w:rPr>
        <w:t>Кому:</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[полное наименование автошколы, как в договоре]</w:t>
      </w:r>
    </w:p>
    <w:p>
      <w:pPr>
        <w:spacing w:before="0" w:after="20" w:line="240" w:lineRule="auto"/>
        <w:ind w:left="4819"/>
        <w:jc w:val="left"/>
      </w:pPr>
      <w:r>
        <w:rPr>
          <w:rFonts w:ascii="Times New Roman" w:hAnsi="Times New Roman" w:eastAsia="Times New Roman"/>
          <w:b w:val="0"/>
          <w:i w:val="0"/>
          <w:color w:val="1A1A1A"/>
          <w:sz w:val="24"/>
        </w:rPr>
        <w:t xml:space="preserve">ИНН </w:t>
      </w:r>
      <w:r>
        <w:rPr>
          <w:rFonts w:ascii="Times New Roman" w:hAnsi="Times New Roman" w:eastAsia="Times New Roman"/>
          <w:b w:val="0"/>
          <w:i w:val="0"/>
          <w:color w:val="1A1A1A"/>
          <w:sz w:val="24"/>
        </w:rPr>
        <w:t>[ИНН автошколы]</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[юридический адрес автошколы]</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От кого:</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[ФИО обучающегося (заказчика) полностью]</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[почтовый адрес с индексом]</w:t>
      </w:r>
    </w:p>
    <w:p>
      <w:pPr>
        <w:spacing w:before="0" w:after="20" w:line="240" w:lineRule="auto"/>
        <w:ind w:left="4819"/>
        <w:jc w:val="left"/>
      </w:pPr>
      <w:r>
        <w:rPr>
          <w:rFonts w:ascii="Times New Roman" w:hAnsi="Times New Roman" w:eastAsia="Times New Roman"/>
          <w:b w:val="0"/>
          <w:i w:val="0"/>
          <w:color w:val="1A1A1A"/>
          <w:sz w:val="24"/>
        </w:rPr>
        <w:t xml:space="preserve">тел.: </w:t>
      </w:r>
      <w:r>
        <w:rPr>
          <w:rFonts w:ascii="Times New Roman" w:hAnsi="Times New Roman" w:eastAsia="Times New Roman"/>
          <w:b w:val="0"/>
          <w:i w:val="0"/>
          <w:color w:val="1A1A1A"/>
          <w:sz w:val="24"/>
        </w:rPr>
        <w:t>[номер телефона]</w:t>
      </w:r>
      <w:r>
        <w:rPr>
          <w:rFonts w:ascii="Times New Roman" w:hAnsi="Times New Roman" w:eastAsia="Times New Roman"/>
          <w:b w:val="0"/>
          <w:i w:val="0"/>
          <w:color w:val="1A1A1A"/>
          <w:sz w:val="24"/>
        </w:rPr>
        <w:t xml:space="preserve">, e-mail: </w:t>
      </w:r>
      <w:r>
        <w:rPr>
          <w:rFonts w:ascii="Times New Roman" w:hAnsi="Times New Roman" w:eastAsia="Times New Roman"/>
          <w:b w:val="0"/>
          <w:i w:val="0"/>
          <w:color w:val="1A1A1A"/>
          <w:sz w:val="24"/>
        </w:rPr>
        <w:t>[адрес электронной почты]</w:t>
      </w:r>
    </w:p>
    <w:p>
      <w:pPr>
        <w:spacing w:before="0" w:after="200" w:line="276" w:lineRule="auto"/>
        <w:jc w:val="both"/>
      </w:pPr>
    </w:p>
    <w:p>
      <w:pPr>
        <w:keepNext/>
        <w:spacing w:before="240" w:after="40" w:line="240" w:lineRule="auto"/>
        <w:jc w:val="center"/>
      </w:pPr>
      <w:r>
        <w:rPr>
          <w:rFonts w:ascii="Times New Roman" w:hAnsi="Times New Roman" w:eastAsia="Times New Roman"/>
          <w:b/>
          <w:caps/>
          <w:color w:val="000000"/>
          <w:sz w:val="30"/>
          <w:spacing w:val="30"/>
        </w:rPr>
        <w:t>Претензия</w:t>
      </w:r>
    </w:p>
    <w:p>
      <w:pPr>
        <w:spacing w:before="0" w:after="80" w:line="240" w:lineRule="auto"/>
        <w:jc w:val="center"/>
      </w:pPr>
      <w:r>
        <w:rPr>
          <w:rFonts w:ascii="Times New Roman" w:hAnsi="Times New Roman" w:eastAsia="Times New Roman"/>
          <w:b w:val="0"/>
          <w:i/>
          <w:color w:val="1A1A1A"/>
          <w:sz w:val="24"/>
        </w:rPr>
        <w:t>об отказе от договора на обучение вождению и возврате денежных средств</w:t>
      </w:r>
    </w:p>
    <w:p>
      <w:pPr>
        <w:spacing w:before="0" w:after="280" w:line="144" w:lineRule="auto"/>
        <w:jc w:val="center"/>
      </w:pPr>
      <w:r>
        <w:rPr>
          <w:rFonts w:ascii="Times New Roman" w:hAnsi="Times New Roman" w:eastAsia="Times New Roman"/>
          <w:color w:val="000000"/>
          <w:sz w:val="18"/>
        </w:rPr>
        <w:t>━━━━━━</w:t>
      </w:r>
    </w:p>
    <w:p>
      <w:pPr>
        <w:tabs>
          <w:tab w:pos="9354" w:val="right"/>
        </w:tabs>
        <w:spacing w:before="0" w:after="200" w:line="276" w:lineRule="auto"/>
        <w:jc w:val="left"/>
      </w:pPr>
      <w:r>
        <w:rPr>
          <w:rFonts w:ascii="Times New Roman" w:hAnsi="Times New Roman" w:eastAsia="Times New Roman"/>
          <w:b w:val="0"/>
          <w:i w:val="0"/>
          <w:color w:val="1A1A1A"/>
          <w:sz w:val="24"/>
        </w:rPr>
        <w:t xml:space="preserve">г. </w:t>
      </w:r>
      <w:r>
        <w:rPr>
          <w:rFonts w:ascii="Times New Roman" w:hAnsi="Times New Roman" w:eastAsia="Times New Roman"/>
          <w:b w:val="0"/>
          <w:i w:val="0"/>
          <w:color w:val="1A1A1A"/>
          <w:sz w:val="24"/>
        </w:rPr>
        <w:t>[город]</w:t>
      </w:r>
      <w:r>
        <w:tab/>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p>
    <w:p>
      <w:pPr>
        <w:spacing w:before="0" w:after="120" w:line="276" w:lineRule="auto"/>
        <w:ind w:firstLine="709"/>
        <w:jc w:val="both"/>
      </w:pPr>
      <w:r>
        <w:rPr>
          <w:rFonts w:ascii="Times New Roman" w:hAnsi="Times New Roman" w:eastAsia="Times New Roman"/>
          <w:b w:val="0"/>
          <w:i w:val="0"/>
          <w:color w:val="1A1A1A"/>
          <w:sz w:val="24"/>
        </w:rPr>
        <w:t xml:space="preserve">Между мной и </w:t>
      </w:r>
      <w:r>
        <w:rPr>
          <w:rFonts w:ascii="Times New Roman" w:hAnsi="Times New Roman" w:eastAsia="Times New Roman"/>
          <w:b w:val="0"/>
          <w:i w:val="0"/>
          <w:color w:val="1A1A1A"/>
          <w:sz w:val="24"/>
        </w:rPr>
        <w:t>[наименование автошколы]</w:t>
      </w:r>
      <w:r>
        <w:rPr>
          <w:rFonts w:ascii="Times New Roman" w:hAnsi="Times New Roman" w:eastAsia="Times New Roman"/>
          <w:b w:val="0"/>
          <w:i w:val="0"/>
          <w:color w:val="1A1A1A"/>
          <w:sz w:val="24"/>
        </w:rPr>
        <w:t xml:space="preserve"> (далее — Исполнитель)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заключён договор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об оказании платных образовательных услуг по программе профессионального обучения водителей транспортных средств категории «</w:t>
      </w:r>
      <w:r>
        <w:rPr>
          <w:rFonts w:ascii="Times New Roman" w:hAnsi="Times New Roman" w:eastAsia="Times New Roman"/>
          <w:b w:val="0"/>
          <w:i w:val="0"/>
          <w:color w:val="1A1A1A"/>
          <w:sz w:val="24"/>
        </w:rPr>
        <w:t>[категория]</w:t>
      </w:r>
      <w:r>
        <w:rPr>
          <w:rFonts w:ascii="Times New Roman" w:hAnsi="Times New Roman" w:eastAsia="Times New Roman"/>
          <w:b w:val="0"/>
          <w:i w:val="0"/>
          <w:color w:val="1A1A1A"/>
          <w:sz w:val="24"/>
        </w:rPr>
        <w:t xml:space="preserve">» (далее — Договор). Стоимость обучения по Договору составляет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[сумма прописью]</w:t>
      </w:r>
      <w:r>
        <w:rPr>
          <w:rFonts w:ascii="Times New Roman" w:hAnsi="Times New Roman" w:eastAsia="Times New Roman"/>
          <w:b w:val="0"/>
          <w:i w:val="0"/>
          <w:color w:val="1A1A1A"/>
          <w:sz w:val="24"/>
        </w:rPr>
        <w:t xml:space="preserve">) рублей и оплачена мной в размере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[сумма прописью]</w:t>
      </w:r>
      <w:r>
        <w:rPr>
          <w:rFonts w:ascii="Times New Roman" w:hAnsi="Times New Roman" w:eastAsia="Times New Roman"/>
          <w:b w:val="0"/>
          <w:i w:val="0"/>
          <w:color w:val="1A1A1A"/>
          <w:sz w:val="24"/>
        </w:rPr>
        <w:t xml:space="preserve">) рублей, что подтверждается кассовыми чеками от </w:t>
      </w:r>
      <w:r>
        <w:rPr>
          <w:rFonts w:ascii="Times New Roman" w:hAnsi="Times New Roman" w:eastAsia="Times New Roman"/>
          <w:b w:val="0"/>
          <w:i w:val="0"/>
          <w:color w:val="1A1A1A"/>
          <w:sz w:val="24"/>
        </w:rPr>
        <w:t>[даты]</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 xml:space="preserve">По Договору обучение включало </w:t>
      </w:r>
      <w:r>
        <w:rPr>
          <w:rFonts w:ascii="Times New Roman" w:hAnsi="Times New Roman" w:eastAsia="Times New Roman"/>
          <w:b w:val="0"/>
          <w:i w:val="0"/>
          <w:color w:val="1A1A1A"/>
          <w:sz w:val="24"/>
        </w:rPr>
        <w:t>[количество]</w:t>
      </w:r>
      <w:r>
        <w:rPr>
          <w:rFonts w:ascii="Times New Roman" w:hAnsi="Times New Roman" w:eastAsia="Times New Roman"/>
          <w:b w:val="0"/>
          <w:i w:val="0"/>
          <w:color w:val="1A1A1A"/>
          <w:sz w:val="24"/>
        </w:rPr>
        <w:t xml:space="preserve"> часов теоретических занятий и </w:t>
      </w:r>
      <w:r>
        <w:rPr>
          <w:rFonts w:ascii="Times New Roman" w:hAnsi="Times New Roman" w:eastAsia="Times New Roman"/>
          <w:b w:val="0"/>
          <w:i w:val="0"/>
          <w:color w:val="1A1A1A"/>
          <w:sz w:val="24"/>
        </w:rPr>
        <w:t>[количество]</w:t>
      </w:r>
      <w:r>
        <w:rPr>
          <w:rFonts w:ascii="Times New Roman" w:hAnsi="Times New Roman" w:eastAsia="Times New Roman"/>
          <w:b w:val="0"/>
          <w:i w:val="0"/>
          <w:color w:val="1A1A1A"/>
          <w:sz w:val="24"/>
        </w:rPr>
        <w:t xml:space="preserve"> часов практического вождения; срок окончания обучения —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Исполнитель оказывает услуги ненадлежащим образом:</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[опишите нарушения по фактам, например: занятия по вождению с [дата]</w:t>
      </w:r>
      <w:r>
        <w:rPr>
          <w:rFonts w:ascii="Times New Roman" w:hAnsi="Times New Roman" w:eastAsia="Times New Roman"/>
          <w:b w:val="0"/>
          <w:i w:val="0"/>
          <w:color w:val="1A1A1A"/>
          <w:sz w:val="24"/>
        </w:rPr>
        <w:t xml:space="preserve"> не проводятся из-за отсутствия инструктора, перенесено </w:t>
      </w:r>
      <w:r>
        <w:rPr>
          <w:rFonts w:ascii="Times New Roman" w:hAnsi="Times New Roman" w:eastAsia="Times New Roman"/>
          <w:b w:val="0"/>
          <w:i w:val="0"/>
          <w:color w:val="1A1A1A"/>
          <w:sz w:val="24"/>
        </w:rPr>
        <w:t>[количество]</w:t>
      </w:r>
      <w:r>
        <w:rPr>
          <w:rFonts w:ascii="Times New Roman" w:hAnsi="Times New Roman" w:eastAsia="Times New Roman"/>
          <w:b w:val="0"/>
          <w:i w:val="0"/>
          <w:color w:val="1A1A1A"/>
          <w:sz w:val="24"/>
        </w:rPr>
        <w:t xml:space="preserve"> занятий];</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[например: теоретические занятия проведены не в полном объёме, расписание неоднократно менялось без согласования]</w:t>
      </w:r>
      <w:r>
        <w:rPr>
          <w:rFonts w:ascii="Times New Roman" w:hAnsi="Times New Roman" w:eastAsia="Times New Roman"/>
          <w:b w:val="0"/>
          <w:i w:val="0"/>
          <w:color w:val="1A1A1A"/>
          <w:sz w:val="24"/>
        </w:rPr>
        <w:t>;</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[например: срок окончания обучения [дата]</w:t>
      </w:r>
      <w:r>
        <w:rPr>
          <w:rFonts w:ascii="Times New Roman" w:hAnsi="Times New Roman" w:eastAsia="Times New Roman"/>
          <w:b w:val="0"/>
          <w:i w:val="0"/>
          <w:color w:val="1A1A1A"/>
          <w:sz w:val="24"/>
        </w:rPr>
        <w:t xml:space="preserve"> нарушен, новый срок не назван].</w:t>
      </w:r>
    </w:p>
    <w:p>
      <w:pPr>
        <w:spacing w:before="0" w:after="120" w:line="276" w:lineRule="auto"/>
        <w:ind w:firstLine="709"/>
        <w:jc w:val="both"/>
      </w:pPr>
      <w:r>
        <w:rPr>
          <w:rFonts w:ascii="Times New Roman" w:hAnsi="Times New Roman" w:eastAsia="Times New Roman"/>
          <w:b w:val="0"/>
          <w:i w:val="0"/>
          <w:color w:val="1A1A1A"/>
          <w:sz w:val="24"/>
        </w:rPr>
        <w:t xml:space="preserve">На дату претензии фактически оказаны услуги: теоретическое обучение — </w:t>
      </w:r>
      <w:r>
        <w:rPr>
          <w:rFonts w:ascii="Times New Roman" w:hAnsi="Times New Roman" w:eastAsia="Times New Roman"/>
          <w:b w:val="0"/>
          <w:i w:val="0"/>
          <w:color w:val="1A1A1A"/>
          <w:sz w:val="24"/>
        </w:rPr>
        <w:t>[количество]</w:t>
      </w:r>
      <w:r>
        <w:rPr>
          <w:rFonts w:ascii="Times New Roman" w:hAnsi="Times New Roman" w:eastAsia="Times New Roman"/>
          <w:b w:val="0"/>
          <w:i w:val="0"/>
          <w:color w:val="1A1A1A"/>
          <w:sz w:val="24"/>
        </w:rPr>
        <w:t xml:space="preserve"> часов, практическое вождение — </w:t>
      </w:r>
      <w:r>
        <w:rPr>
          <w:rFonts w:ascii="Times New Roman" w:hAnsi="Times New Roman" w:eastAsia="Times New Roman"/>
          <w:b w:val="0"/>
          <w:i w:val="0"/>
          <w:color w:val="1A1A1A"/>
          <w:sz w:val="24"/>
        </w:rPr>
        <w:t>[количество]</w:t>
      </w:r>
      <w:r>
        <w:rPr>
          <w:rFonts w:ascii="Times New Roman" w:hAnsi="Times New Roman" w:eastAsia="Times New Roman"/>
          <w:b w:val="0"/>
          <w:i w:val="0"/>
          <w:color w:val="1A1A1A"/>
          <w:sz w:val="24"/>
        </w:rPr>
        <w:t xml:space="preserve"> часов. Их стоимость по условиям Договора составляет </w:t>
      </w:r>
      <w:r>
        <w:rPr>
          <w:rFonts w:ascii="Times New Roman" w:hAnsi="Times New Roman" w:eastAsia="Times New Roman"/>
          <w:b w:val="0"/>
          <w:i w:val="0"/>
          <w:color w:val="1A1A1A"/>
          <w:sz w:val="24"/>
        </w:rPr>
        <w:t>[сумма]</w:t>
      </w:r>
      <w:r>
        <w:rPr>
          <w:rFonts w:ascii="Times New Roman" w:hAnsi="Times New Roman" w:eastAsia="Times New Roman"/>
          <w:b w:val="0"/>
          <w:i w:val="0"/>
          <w:color w:val="1A1A1A"/>
          <w:sz w:val="24"/>
        </w:rPr>
        <w:t xml:space="preserve"> рублей. Неоказанные услуги на сумму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[сумма прописью]</w:t>
      </w:r>
      <w:r>
        <w:rPr>
          <w:rFonts w:ascii="Times New Roman" w:hAnsi="Times New Roman" w:eastAsia="Times New Roman"/>
          <w:b w:val="0"/>
          <w:i w:val="0"/>
          <w:color w:val="1A1A1A"/>
          <w:sz w:val="24"/>
        </w:rPr>
        <w:t>) рублей не получены мной по вине Исполнителя.</w:t>
      </w:r>
    </w:p>
    <w:p>
      <w:pPr>
        <w:spacing w:before="0" w:after="120" w:line="276" w:lineRule="auto"/>
        <w:ind w:firstLine="709"/>
        <w:jc w:val="both"/>
      </w:pPr>
      <w:r>
        <w:rPr>
          <w:rFonts w:ascii="Times New Roman" w:hAnsi="Times New Roman" w:eastAsia="Times New Roman"/>
          <w:b w:val="0"/>
          <w:i w:val="0"/>
          <w:color w:val="1A1A1A"/>
          <w:sz w:val="24"/>
        </w:rPr>
        <w:t>В соответствии со статьёй 32 Закона РФ от 07.02.1992 № 2300-1 «О защите прав потребителей» (далее — Закон) и статьёй 782 Гражданского кодекса РФ потребитель вправе в любое время отказаться от исполнения договора об оказании услуг при условии оплаты исполнителю фактически понесённых им расходов, связанных с исполнением обязательств по договору. Согласно пункту 1 статьи 28 и пункту 1 статьи 29 Закона потребитель также вправе отказаться от исполнения договора при нарушении исполнителем сроков оказания услуги и при существенных отступлениях от условий договора. Условия договора, ограничивающие право потребителя на отказ от договора или устанавливающие штрафы за такой отказ, недопустимы (статья 16 Закона). Условия договора об образовании, ограничивающие права обучающихся или снижающие уровень предоставления им гарантий по сравнению с законом, не подлежат применению (часть 6 статьи 54 Федерального закона от 29.12.2012 № 273-ФЗ «Об образовании в Российской Федерации»).</w:t>
      </w:r>
    </w:p>
    <w:p>
      <w:pPr>
        <w:spacing w:before="0" w:after="120" w:line="276" w:lineRule="auto"/>
        <w:ind w:firstLine="709"/>
        <w:jc w:val="both"/>
      </w:pPr>
      <w:r>
        <w:rPr>
          <w:rFonts w:ascii="Times New Roman" w:hAnsi="Times New Roman" w:eastAsia="Times New Roman"/>
          <w:b w:val="0"/>
          <w:i w:val="0"/>
          <w:color w:val="1A1A1A"/>
          <w:sz w:val="24"/>
        </w:rPr>
        <w:t xml:space="preserve">На основании изложенного </w:t>
      </w:r>
      <w:r>
        <w:rPr>
          <w:rFonts w:ascii="Times New Roman" w:hAnsi="Times New Roman" w:eastAsia="Times New Roman"/>
          <w:b/>
          <w:i w:val="0"/>
          <w:color w:val="1A1A1A"/>
          <w:sz w:val="24"/>
        </w:rPr>
        <w:t>заявляю об отказе от исполнения Договора</w:t>
      </w:r>
      <w:r>
        <w:rPr>
          <w:rFonts w:ascii="Times New Roman" w:hAnsi="Times New Roman" w:eastAsia="Times New Roman"/>
          <w:b w:val="0"/>
          <w:i w:val="0"/>
          <w:color w:val="1A1A1A"/>
          <w:sz w:val="24"/>
        </w:rPr>
        <w:t xml:space="preserve"> с даты получения настоящей претензии и </w:t>
      </w:r>
      <w:r>
        <w:rPr>
          <w:rFonts w:ascii="Times New Roman" w:hAnsi="Times New Roman" w:eastAsia="Times New Roman"/>
          <w:b/>
          <w:i w:val="0"/>
          <w:color w:val="1A1A1A"/>
          <w:sz w:val="24"/>
        </w:rPr>
        <w:t>требую</w:t>
      </w:r>
      <w:r>
        <w:rPr>
          <w:rFonts w:ascii="Times New Roman" w:hAnsi="Times New Roman" w:eastAsia="Times New Roman"/>
          <w:b w:val="0"/>
          <w:i w:val="0"/>
          <w:color w:val="1A1A1A"/>
          <w:sz w:val="24"/>
        </w:rPr>
        <w:t xml:space="preserve"> в течение 10 дней со дня её получения:</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 xml:space="preserve">Вернуть мне уплаченные за неоказанные услуги денежные средства в размере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[сумма прописью]</w:t>
      </w:r>
      <w:r>
        <w:rPr>
          <w:rFonts w:ascii="Times New Roman" w:hAnsi="Times New Roman" w:eastAsia="Times New Roman"/>
          <w:b w:val="0"/>
          <w:i w:val="0"/>
          <w:color w:val="1A1A1A"/>
          <w:sz w:val="24"/>
        </w:rPr>
        <w:t>) рублей.</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Выдать мне справку об обучении с указанием пройденного объёма теоретических и практических занятий.</w:t>
      </w:r>
    </w:p>
    <w:p>
      <w:pPr>
        <w:spacing w:before="0" w:after="120" w:line="276" w:lineRule="auto"/>
        <w:ind w:firstLine="709"/>
        <w:jc w:val="both"/>
      </w:pPr>
      <w:r>
        <w:rPr>
          <w:rFonts w:ascii="Times New Roman" w:hAnsi="Times New Roman" w:eastAsia="Times New Roman"/>
          <w:b w:val="0"/>
          <w:i w:val="0"/>
          <w:color w:val="1A1A1A"/>
          <w:sz w:val="24"/>
        </w:rPr>
        <w:t xml:space="preserve">Денежные средства прошу перечислить по реквизитам: получатель </w:t>
      </w:r>
      <w:r>
        <w:rPr>
          <w:rFonts w:ascii="Times New Roman" w:hAnsi="Times New Roman" w:eastAsia="Times New Roman"/>
          <w:b w:val="0"/>
          <w:i w:val="0"/>
          <w:color w:val="1A1A1A"/>
          <w:sz w:val="24"/>
        </w:rPr>
        <w:t>[ФИО полностью]</w:t>
      </w:r>
      <w:r>
        <w:rPr>
          <w:rFonts w:ascii="Times New Roman" w:hAnsi="Times New Roman" w:eastAsia="Times New Roman"/>
          <w:b w:val="0"/>
          <w:i w:val="0"/>
          <w:color w:val="1A1A1A"/>
          <w:sz w:val="24"/>
        </w:rPr>
        <w:t xml:space="preserve">, счёт № </w:t>
      </w:r>
      <w:r>
        <w:rPr>
          <w:rFonts w:ascii="Times New Roman" w:hAnsi="Times New Roman" w:eastAsia="Times New Roman"/>
          <w:b w:val="0"/>
          <w:i w:val="0"/>
          <w:color w:val="1A1A1A"/>
          <w:sz w:val="24"/>
        </w:rPr>
        <w:t>[номер счёта]</w:t>
      </w:r>
      <w:r>
        <w:rPr>
          <w:rFonts w:ascii="Times New Roman" w:hAnsi="Times New Roman" w:eastAsia="Times New Roman"/>
          <w:b w:val="0"/>
          <w:i w:val="0"/>
          <w:color w:val="1A1A1A"/>
          <w:sz w:val="24"/>
        </w:rPr>
        <w:t xml:space="preserve">, банк </w:t>
      </w:r>
      <w:r>
        <w:rPr>
          <w:rFonts w:ascii="Times New Roman" w:hAnsi="Times New Roman" w:eastAsia="Times New Roman"/>
          <w:b w:val="0"/>
          <w:i w:val="0"/>
          <w:color w:val="1A1A1A"/>
          <w:sz w:val="24"/>
        </w:rPr>
        <w:t>[наименование банка]</w:t>
      </w:r>
      <w:r>
        <w:rPr>
          <w:rFonts w:ascii="Times New Roman" w:hAnsi="Times New Roman" w:eastAsia="Times New Roman"/>
          <w:b w:val="0"/>
          <w:i w:val="0"/>
          <w:color w:val="1A1A1A"/>
          <w:sz w:val="24"/>
        </w:rPr>
        <w:t xml:space="preserve">, БИК </w:t>
      </w:r>
      <w:r>
        <w:rPr>
          <w:rFonts w:ascii="Times New Roman" w:hAnsi="Times New Roman" w:eastAsia="Times New Roman"/>
          <w:b w:val="0"/>
          <w:i w:val="0"/>
          <w:color w:val="1A1A1A"/>
          <w:sz w:val="24"/>
        </w:rPr>
        <w:t>[БИК]</w:t>
      </w:r>
      <w:r>
        <w:rPr>
          <w:rFonts w:ascii="Times New Roman" w:hAnsi="Times New Roman" w:eastAsia="Times New Roman"/>
          <w:b w:val="0"/>
          <w:i w:val="0"/>
          <w:color w:val="1A1A1A"/>
          <w:sz w:val="24"/>
        </w:rPr>
        <w:t xml:space="preserve">, к/с </w:t>
      </w:r>
      <w:r>
        <w:rPr>
          <w:rFonts w:ascii="Times New Roman" w:hAnsi="Times New Roman" w:eastAsia="Times New Roman"/>
          <w:b w:val="0"/>
          <w:i w:val="0"/>
          <w:color w:val="1A1A1A"/>
          <w:sz w:val="24"/>
        </w:rPr>
        <w:t>[номер корреспондентского счёта]</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Если Исполнитель считает, что понёс иные фактические расходы, прошу представить их расчёт с подтверждающими документами.</w:t>
      </w:r>
    </w:p>
    <w:p>
      <w:pPr>
        <w:spacing w:before="0" w:after="120" w:line="276" w:lineRule="auto"/>
        <w:ind w:firstLine="709"/>
        <w:jc w:val="both"/>
      </w:pPr>
      <w:r>
        <w:rPr>
          <w:rFonts w:ascii="Times New Roman" w:hAnsi="Times New Roman" w:eastAsia="Times New Roman"/>
          <w:b w:val="0"/>
          <w:i w:val="0"/>
          <w:color w:val="1A1A1A"/>
          <w:sz w:val="24"/>
        </w:rPr>
        <w:t>Если требование не будет удовлетворено в установленный срок, я обращусь в суд с иском о взыскании уплаченной суммы, неустойки, процентов за пользование чужими денежными средствами, компенсации морального вреда (статья 15 Закона) и штрафа в размере 50 % от присуждённой суммы (пункт 6 статьи 13 Закона), а также направлю жалобу в орган, осуществляющий надзор в сфере образования.</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Приложения</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 xml:space="preserve">Копия договора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Копии кассовых чеков (квитанций) об оплате.</w:t>
      </w: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val="0"/>
          <w:i w:val="0"/>
          <w:color w:val="1A1A1A"/>
          <w:sz w:val="24"/>
        </w:rPr>
        <w:t>Копия графика (расписания) занятий и переписки с Исполнителем о переносе занятий.</w:t>
      </w:r>
    </w:p>
    <w:p>
      <w:pPr>
        <w:spacing w:before="200" w:after="40" w:line="276" w:lineRule="auto"/>
        <w:jc w:val="right"/>
      </w:pPr>
      <w:r>
        <w:rPr>
          <w:rFonts w:ascii="Times New Roman" w:hAnsi="Times New Roman" w:eastAsia="Times New Roman"/>
          <w:b w:val="0"/>
          <w:i w:val="0"/>
          <w:color w:val="1A1A1A"/>
          <w:sz w:val="24"/>
        </w:rPr>
        <w:t xml:space="preserve">___________________ / </w:t>
      </w:r>
      <w:r>
        <w:rPr>
          <w:rFonts w:ascii="Times New Roman" w:hAnsi="Times New Roman" w:eastAsia="Times New Roman"/>
          <w:b w:val="0"/>
          <w:i w:val="0"/>
          <w:color w:val="1A1A1A"/>
          <w:sz w:val="24"/>
        </w:rPr>
        <w:t>[ФИО обучающегося]</w:t>
      </w:r>
      <w:r>
        <w:rPr>
          <w:rFonts w:ascii="Times New Roman" w:hAnsi="Times New Roman" w:eastAsia="Times New Roman"/>
          <w:b w:val="0"/>
          <w:i w:val="0"/>
          <w:color w:val="1A1A1A"/>
          <w:sz w:val="24"/>
        </w:rPr>
        <w:t xml:space="preserve"> /</w:t>
      </w:r>
    </w:p>
    <w:p>
      <w:pPr>
        <w:spacing w:before="80" w:after="160" w:line="252" w:lineRule="auto"/>
        <w:jc w:val="left"/>
        <w:shd w:val="clear" w:color="auto" w:fill="EEF2F8"/>
        <w:pBdr>
          <w:left w:val="single" w:sz="18" w:space="6" w:color="1F3A68"/>
        </w:pBdr>
      </w:pPr>
      <w:r>
        <w:rPr>
          <w:rFonts w:ascii="Times New Roman" w:hAnsi="Times New Roman" w:eastAsia="Times New Roman"/>
          <w:b/>
          <w:color w:val="1F3A68"/>
          <w:sz w:val="20"/>
        </w:rPr>
        <w:t xml:space="preserve">Подсказка: </w:t>
      </w:r>
      <w:r>
        <w:rPr>
          <w:rFonts w:ascii="Times New Roman" w:hAnsi="Times New Roman" w:eastAsia="Times New Roman"/>
          <w:b w:val="0"/>
          <w:i w:val="0"/>
          <w:color w:val="595F6B"/>
          <w:sz w:val="20"/>
        </w:rPr>
        <w:t>Претензию вручите администратору автошколы под отметку о получении на втором экземпляре (дата, подпись, ФИО) или отправьте заказным письмом с описью вложения на юридический адрес. Срок 10 дней считается со дня получения претензии.</w:t>
      </w:r>
    </w:p>
    <w:sectPr w:rsidR="00FC693F" w:rsidRPr="0006063C" w:rsidSect="00034616">
      <w:footerReference w:type="default" r:id="rId9"/>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olor w:val="1A1A1A"/>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Претензия в автошколу об отказе от договора и возврате денег за неоказанные занятия</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