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клиники, например: ООО «Ветеринарный центр «Айболит»]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 клиники]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 клиники]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[юридический адрес клиники по ЕГРЮЛ с индексом]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владельца животного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проживания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Претензия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возврате денежных средств и возмещении вреда в связи с некачественным ветеринарным лечением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Вручите претензию в регистратуре клиники под отметку о принятии на вашем экземпляре или отправьте заказным письмом с описью вложения по юридическому адресу.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первого обращения]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я обратился(ась) в вашу клинику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клиники, где оказывались услуги]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принадлежащим мне животным: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[вид и порода животного]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кличка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[кличка]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возраст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[возраст]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окрас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[окрас]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Причина обращения: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[жалобы, с которыми обратились, например: вялость, отказ от еды, хромота]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Врач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 должность врача, если известны]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поставил диагноз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[диагноз, указанный в карте]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» и назначил лечение: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[назначенные препараты, дозировки, процедуры, операция]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Услуги оплачены мной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рублей, что подтверждается кассовыми чеками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[даты чеков]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После проведённого лечения состояние животного ухудшилось: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[описание ухудшения по датам]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я обратился(ась)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другой клиники]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где было установлено: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[диагноз и выводы другой клиники]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животное погибло. По результатам патологоанатомического вскрытия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проведённого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проведено вскрытие]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причиной гибели явилось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[причина гибели по заключению]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Таким образом, ветеринарная услуга оказана мне с недостатками: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 чём именно выразилась ошибка, например: неверно поставлен диагноз, назначен препарат, противопоказанный животному данного возраста]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со статьёй 4 Закона РФ от 07.02.1992 № 2300-1 «О защите прав потребителей» (далее — Закон) исполнитель обязан оказать услугу, качество которой соответствует договору и обычно предъявляемым требованиям. Согласно пункту 1 Правил оказания платных ветеринарных услуг, утверждённых постановлением Правительства РФ от 30.04.2025 № 579, к отношениям по оказанию платных ветеринарных услуг применяются понятия Закона, а клиника является исполнителем.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силу пункта 1 статьи 29 Закона при обнаружении недостатков оказанной услуги потребитель вправе потребовать полного возмещения убытков. Согласно статье 14 Закона и статье 1095 Гражданского кодекса РФ вред, причинённый имуществу потребителя вследствие недостатков услуги, подлежит возмещению исполнителем в полном объёме независимо от его вины. К животным применяются общие правила об имуществе (статья 137 ГК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Нарушением моих прав как потребителя мне причинён моральный вред, который в силу статьи 15 Закона подлежит компенсации. Я испытал(а) сильные переживания в связи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[страданиями и гибелью животного, прожившего в семье (количество) лет]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14, 15, 29 и 31 Закона,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требую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течение 10 (десяти) дней со дня получения настоящей претензии выплатить мне: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1039"/>
        <w:gridCol w:w="5939"/>
        <w:gridCol w:w="2375"/>
      </w:tblGrid>
      <w:tr>
        <w:trPr>
          <w:cantSplit/>
        </w:trPr>
        <w:tc>
          <w:tcPr>
            <w:tcW w:type="dxa" w:w="103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594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Требование</w:t>
            </w:r>
          </w:p>
        </w:tc>
        <w:tc>
          <w:tcPr>
            <w:tcW w:type="dxa" w:w="237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Сумма, руб.</w:t>
            </w:r>
          </w:p>
        </w:tc>
      </w:tr>
      <w:tr>
        <w:trPr>
          <w:cantSplit/>
        </w:trPr>
        <w:tc>
          <w:tcPr>
            <w:tcW w:type="dxa" w:w="103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594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Возврат стоимости некачественно оказанных ветеринарных услуг и препаратов</w:t>
            </w:r>
          </w:p>
        </w:tc>
        <w:tc>
          <w:tcPr>
            <w:tcW w:type="dxa" w:w="237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103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594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Возмещение расходов на лечение и обследование в другой клинике</w:t>
            </w:r>
          </w:p>
        </w:tc>
        <w:tc>
          <w:tcPr>
            <w:tcW w:type="dxa" w:w="237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103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3</w:t>
            </w:r>
          </w:p>
        </w:tc>
        <w:tc>
          <w:tcPr>
            <w:tcW w:type="dxa" w:w="594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Возмещение расходов на вскрытие и заключение специалиста</w:t>
            </w:r>
          </w:p>
        </w:tc>
        <w:tc>
          <w:tcPr>
            <w:tcW w:type="dxa" w:w="237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103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4</w:t>
            </w:r>
          </w:p>
        </w:tc>
        <w:tc>
          <w:tcPr>
            <w:tcW w:type="dxa" w:w="594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Стоимость погибшего животного</w:t>
            </w:r>
          </w:p>
        </w:tc>
        <w:tc>
          <w:tcPr>
            <w:tcW w:type="dxa" w:w="237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103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5</w:t>
            </w:r>
          </w:p>
        </w:tc>
        <w:tc>
          <w:tcPr>
            <w:tcW w:type="dxa" w:w="594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Компенсация морального вреда</w:t>
            </w:r>
          </w:p>
        </w:tc>
        <w:tc>
          <w:tcPr>
            <w:tcW w:type="dxa" w:w="237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1039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594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Итого</w:t>
            </w:r>
          </w:p>
        </w:tc>
        <w:tc>
          <w:tcPr>
            <w:tcW w:type="dxa" w:w="237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[итоговая 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Денежные средства прошу перечислить по реквизитам: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банк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корр. счёт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[корреспондентский счёт]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Также прошу в тот же срок выдать мне заверенные копии медицинской карты животного, протоколов исследований и назначений.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случае неудовлетворения требований в установленный срок я обращусь в суд с иском о взыскании указанных сумм, неустойки в размере 3% цены услуги за каждый день просрочки (пункт 5 статьи 28, пункт 3 статьи 31 Закона), штрафа в размере 50% от присуждённой суммы (пункт 6 статьи 13 Закона) и судебных расходов, а также с жалобой в Роспотребнадзор.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Ответ прошу направить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для ответа]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или на электронную почту: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Копии кассовых чеков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и договора (при наличии).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Копии выписок из медицинской карты животного и назначений.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заключения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другой клиники]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протокола вскрытия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Копии документов о стоимости животного (договор купли-продажи, родословная) и фотографии.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ветеринарную клинику о возврате денег и возмещении вреда при неправильном лечении животного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