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оператора каршеринга, например: ООО «Городской каршеринг»]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оператора по ЕГРЮЛ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e-mail для претензий: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 оператора из договора]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проживания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телефона, к которому привязан аккаунт]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Досудебная 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возврате необоснованно списанных денежных средств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являюсь пользователем сервиса каршеринга и присоединился(ась) к договору аренды транспортного средства без экипажа, размещённому в мобильном приложении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приложения]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арендовал(а)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 и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номер заказа (поездки)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заказа]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Аренда завершена в разрешённой зоне, автомобиль возвращён в том состоянии, в котором был получен.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После завершения аренды с моей банковской карты № ****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[последние 4 цифры]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привязанной к аккаунту, без моего распоряжения списаны следующие суммы: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861"/>
        <w:gridCol w:w="1600"/>
        <w:gridCol w:w="4923"/>
        <w:gridCol w:w="1969"/>
      </w:tblGrid>
      <w:tr>
        <w:trPr>
          <w:cantSplit/>
        </w:trPr>
        <w:tc>
          <w:tcPr>
            <w:tcW w:type="dxa" w:w="8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160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 списания</w:t>
            </w:r>
          </w:p>
        </w:tc>
        <w:tc>
          <w:tcPr>
            <w:tcW w:type="dxa" w:w="492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Основание по уведомлению оператора</w:t>
            </w:r>
          </w:p>
        </w:tc>
        <w:tc>
          <w:tcPr>
            <w:tcW w:type="dxa" w:w="19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8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160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492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штраф за курение в салоне]</w:t>
            </w:r>
          </w:p>
        </w:tc>
        <w:tc>
          <w:tcPr>
            <w:tcW w:type="dxa" w:w="19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8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160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492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возмещение ущерба за повреждение переднего бампера]</w:t>
            </w:r>
          </w:p>
        </w:tc>
        <w:tc>
          <w:tcPr>
            <w:tcW w:type="dxa" w:w="19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86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600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492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19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[итоговая 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указанными списаниями я не согласен(на) по следующим причинам: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[ваши возражения, например: в салоне я не курил(а), запах отсутствовал, что видно на моих фотографиях при завершении аренды; повреждение бампера было зафиксировано мной на фото при начале аренды в 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не возникло в период моей поездки]. Доказательства нарушения мной условий договора, акт осмотра автомобиля, фотографии с датой и временем съёмки и расчёт размера ущерба мне не предоставлены.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статьями 15 и 393 Гражданского кодекса РФ возмещению подлежат убытки, факт, размер и причинная связь которых с действиями должника доказаны кредитором. Арендатор обязан вернуть транспортное средство в том состоянии, в котором он его получил, с учётом нормального износа (статья 622 ГК РФ). Доказательств того, что повреждения возникли в период моей аренды, не имеется.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Штрафы, предусмотренные договором, являются неустойкой (статья 330 ГК РФ) и могут быть взысканы только при доказанном нарушении. Явно несоразмерная неустойка подлежит уменьшению (статья 333 ГК РФ). Договор заключён путём присоединения и содержит явно обременительные для меня условия (пункт 2 статьи 428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Условия договора, возлагающие на потребителя не предусмотренное законом бремя доказывания, являются недопустимыми и ничтожными (подпункт 12 пункта 2, пункт 1 статьи 16 Закона РФ от 07.02.1992 № 2300-1 «О защите прав потребителей»). Денежные средства, удержанные без законных оснований, подлежат возврату как неосновательное обогащение (статья 1102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требую: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течение 10 (десяти) дней со дня получения настоящей претензии вернуть необоснованно списанные 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[итоговая 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на банковскую карту, с которой они были списаны.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Предоставить мне документы, на основании которых произведены списания: фотографии автомобиля с датой и временем съёмки до и после моей аренды, акт осмотра, расчёт размера ущерба, сведения о пользователях, арендовавших автомобиль непосредственно до и после меня (без персональных данных).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производить новых списаний по данному эпизоду до урегулирования спора.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Сохранить данные телематики, фото- и видеозаписи по указанной аренде.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случае отказа или неполучения ответа я обращусь в суд по месту своего жительства с иском о взыскании указанной суммы, процентов по статье 395 ГК РФ, компенсации морального вреда и штрафа по пункту 6 статьи 13 Закона «О защите прав потребителей», а также с жалобой в Роспотребнадзор.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 прошу направить на электронную почту: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для ответа]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Скриншоты из приложения с данными аренды и уведомлениями о списаниях.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Фотографии автомобиля при начале и завершении аренды.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по банковской карте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Отправьте претензию на e-mail для претензий, указанный в договоре, и продублируйте заказным письмом с описью вложения на юридический адрес. Сохраните текст договора в редакции на дату поездки.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 в каршеринг о возврате необоснованно списанных штрафов и суммы ущерба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