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банка]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 банка]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банка или адрес отделения]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клиента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номер, 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незаконно удержанной комиссии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клиентом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«Банк»)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 «договор потребительского кредита» или «договор банковского счёта»]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«Договор»).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 выписки по счёту мне стало известно, что Банк списал со счёта денежные средства в качестве комиссии: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00"/>
        <w:gridCol w:w="5554"/>
        <w:gridCol w:w="1900"/>
      </w:tblGrid>
      <w:tr>
        <w:trPr>
          <w:cantSplit/>
        </w:trPr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списания</w:t>
            </w:r>
          </w:p>
        </w:tc>
        <w:tc>
          <w:tcPr>
            <w:tcW w:type="dxa" w:w="55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Назначение по выписке</w:t>
            </w:r>
          </w:p>
        </w:tc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5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комиссии, как в выписке]</w:t>
            </w:r>
          </w:p>
        </w:tc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5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комиссии, как в выписке]</w:t>
            </w:r>
          </w:p>
        </w:tc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555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90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Считаю удержание комиссии незаконным. Услугу, за которую списана комиссия, я не заказывал(а), отдельного согласия на её подключение и оплату не давал(а).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почему комиссия незаконна: услуга не подключалась, комиссия введена без вашего согласия, плата берётся за действие, которое Банк обязан совершать по закону.]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29 Федерального закона от 02.12.1990 № 395-1 «О банках и банковской деятельности» комиссионное вознаграждение по операциям устанавливается кредитной организацией по соглашению с клиентом. Кредитная организация не вправе в одностороннем порядке изменять размер комиссионного вознаграждения по договорам с гражданами, кроме случаев, предусмотренных федеральным законом (часть 4 статьи 29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договорам потребительского кредита не допускается взимание кредитором вознаграждения за исполнение обязанностей, возложенных на него нормативными правовыми актами, а также за услуги, оказывая которые кредитор действует исключительно в собственных интересах и в результате которых не создаётся отдельное имущественное благо для заёмщика (часть 19 статьи 5 Федерального закона от 21.12.2013 № 353-ФЗ «О потребительском кредите (займе)»).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договора, ущемляющие права потребителя по сравнению с правилами, установленными законами, недопустимы, а убытки, причинённые их применением, подлежат возмещению в полном объёме (статья 16 Закона РФ от 07.02.1992 № 2300-1 «О защите прав потребителей»). Денежные средства, полученные без законного основания, подлежат возврату (статья 1102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удержанную комиссию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на мой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Банке.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списание указанной комиссии в дальнейшем.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Выплатить проценты за пользование чужими денежными средствами по статье 395 Гражданского кодекса РФ со дня каждого списания по день возврата.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Представить письменный ответ с указанием пункта тарифов и документа, которым, по мнению Банка, я согласился(-ась) на уплату комиссии.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прошу направить в срок, установленный статьёй 30.1 Федерального закона «О банках и банковской деятельности», по почтовому адресу или на адрес электронной почты, указанные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удовлетворены, я обращусь к финансовому уполномоченному в соответствии с Федеральным законом от 04.06.2018 № 123-ФЗ «Об уполномоченном по правам потребителей финансовых услуг», в Банк России, а затем в суд с требованием о взыскании комиссии, процентов, компенсации морального вреда (статья 15 Закона о защите прав потребителей) и штрафа в размере 50 % от присуждённой суммы (пункт 6 статьи 13 Закона).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тарифов Банка, действовавших на дату списания (при наличии).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клиента]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претензию в отделении (попросите отметку о принятии на вашем экземпляре), заказным письмом с описью или через личный кабинет и сохраните подтверждение. Если спор дойдёт до финансового уполномоченного, он примет обращение только после того, как банк ответит или истечёт срок ответа.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банк о возврате незаконно удержанной комиссии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