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учебного отпуска с сохранением среднего заработка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дополнительный отпуск с сохранением среднего заработка для прохождения промежуточной аттестации продолжительностью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календарных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 в соответствии со статьёй 173 Трудового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обучаюсь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[форма обучения, например: заочной]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форме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направлению подготовки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программа имеет государственную аккредитацию. Высшее образование данного уровня получаю впервые, академических задолженностей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Средний заработок за период учебного отпуска прошу выплатить до его начала путём перечисления на счёт, на который мне перечисляется заработная плата. После окончания сессии обязуюсь представить справку-подтверждение (вторую часть справки-вызова) о прохождении промежуточной аттестации.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Даты указывайте точно по справке-вызову. Для колледжа замените ссылку на статью 174 ТК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справка-вызов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 справки]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справки]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выданная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Предоставить учебный отпуск с «___» ___________ 20___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и справка-вызов приняты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учебный отпуск с сохранением среднего заработка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