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в родительном падеже]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дней отдыха в связи со сдачей крови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освободить меня от работы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 сдачи крови]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день сдачи крови и её компонентов и предоставить мне дополнительный день отдыха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[дата дополнительного дня отдыха]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г.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сохранением среднего заработка за оба дня в соответствии с частями первой, четвёртой и пятой статьи 186 Трудового кодекса Российской Федерации.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Дополнительный день отдыха можно использовать в течение года после сдачи крови либо присоединить к ежегодному оплачиваемому отпуску (ч. 4 ст. 186 ТК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справка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 справки]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справки]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1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составления заявления]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Отметки работодателя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Согласовано (непосредственный руководитель)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Решение руководителя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Освободить от работы и предоставить день отдыха «___» ___________ 20___ г.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</w:tr>
    </w:tbl>
    <w:p>
      <w:pPr>
        <w:spacing w:before="0" w:after="80" w:line="276" w:lineRule="auto"/>
        <w:jc w:val="both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Отметка о принятии заявления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Заявление и справка приняты «___» ___________ 20___ г., 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сотрудника кадровой службы]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донорский день отдыха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