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Кому: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 руководителя, например: Генеральному директору]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работодателя, например: ООО «Альфа»]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руководителя в дательном падеже]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 кого: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 работника]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[структурное подразделение]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работника в родительном падеже]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предоставлении ежегодного оплачиваемого отпуска в удобное время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статьи 262.2 Трудового кодекса Российской Федерации прошу предоставить мне в удобное для меня время ежегодный основной оплачиваемый отпуск продолжительностью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[количество прописью]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) календарных дней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начала отпуска]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окончания отпуска]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включительно.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Я имею троих детей в возрасте до восемнадцати лет, младшему из которых не исполнилось четырнадцати лет: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р.;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р.;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р.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Прошу произвести оплату отпуска не позднее чем за три дня до его начала в соответствии с частью девятой статьи 136 Трудового кодекса Российской Федерации. С приказом о предоставлении отпуска прошу ознакомить меня под подпись.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Подайте заявление не позднее чем за две недели до отпуска и оставьте себе второй экземпляр с отметкой о принятии. При отказе сначала обратитесь в трудовую инспекцию.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Приложение: копии свидетельств о рождении детей,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шт.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 работника]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Отметки работодателя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4736"/>
        <w:gridCol w:w="2368"/>
        <w:gridCol w:w="2249"/>
      </w:tblGrid>
      <w:tr>
        <w:trPr>
          <w:cantSplit/>
        </w:trPr>
        <w:tc>
          <w:tcPr>
            <w:tcW w:type="dxa" w:w="473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Согласовано (непосредственный руководитель)</w:t>
            </w:r>
          </w:p>
        </w:tc>
        <w:tc>
          <w:tcPr>
            <w:tcW w:type="dxa" w:w="236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Решение руководителя</w:t>
            </w:r>
          </w:p>
        </w:tc>
        <w:tc>
          <w:tcPr>
            <w:tcW w:type="dxa" w:w="225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Заявление принято</w:t>
            </w:r>
          </w:p>
        </w:tc>
      </w:tr>
      <w:tr>
        <w:trPr>
          <w:cantSplit/>
        </w:trPr>
        <w:tc>
          <w:tcPr>
            <w:tcW w:type="dxa" w:w="473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________________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«__» ______ 20__ г.</w:t>
            </w:r>
          </w:p>
        </w:tc>
        <w:tc>
          <w:tcPr>
            <w:tcW w:type="dxa" w:w="2368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________________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«__» ______ 20__ г.</w:t>
            </w:r>
          </w:p>
        </w:tc>
        <w:tc>
          <w:tcPr>
            <w:tcW w:type="dxa" w:w="2250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вх. № _______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________________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«__» ______ 20__ г.</w:t>
            </w:r>
          </w:p>
        </w:tc>
      </w:tr>
    </w:tbl>
    <w:p>
      <w:pPr>
        <w:spacing w:before="0" w:after="80" w:line="276" w:lineRule="auto"/>
        <w:jc w:val="both"/>
      </w:pP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многодетного родителя на ежегодный отпуск в удобное время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