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руководителя, например: Генеральному директору]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работодателя, например: ООО «Альфа»]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выдаче трудовой книжки на руки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части первой статьи 62 Трудового кодекса Российской Федерации прошу выдать мне на руки мою трудовую книжку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 трудовой книжки]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для представления в Социальный фонд России в целях назначения страховой пенсии по старости.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Обязуюсь вернуть трудовую книжку работодателю не позднее трёх рабочих дней со дня её получения в Социальном фонде России в соответствии с частью второй статьи 62 Трудового кодекса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Трудовую книжку прошу выдать мне лично под подпись в книге учёта движения трудовых книжек не позднее трёх рабочих дней со дня подачи настоящего заявления.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Работодатель обязан выдать книжку в течение трёх рабочих дней. Оставьте себе второй экземпляр заявления с отметкой о принятии, а при возврате книжки попросите заполнить отметку о возврате.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Отметки работодателя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2652"/>
        <w:gridCol w:w="3071"/>
        <w:gridCol w:w="3630"/>
      </w:tblGrid>
      <w:tr>
        <w:trPr>
          <w:cantSplit/>
        </w:trPr>
        <w:tc>
          <w:tcPr>
            <w:tcW w:type="dxa" w:w="265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Заявление принято</w:t>
            </w:r>
          </w:p>
        </w:tc>
        <w:tc>
          <w:tcPr>
            <w:tcW w:type="dxa" w:w="307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Трудовая книжка выдана</w:t>
            </w:r>
          </w:p>
        </w:tc>
        <w:tc>
          <w:tcPr>
            <w:tcW w:type="dxa" w:w="36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Трудовая книжка возвращена</w:t>
            </w:r>
          </w:p>
        </w:tc>
      </w:tr>
      <w:tr>
        <w:trPr>
          <w:cantSplit/>
        </w:trPr>
        <w:tc>
          <w:tcPr>
            <w:tcW w:type="dxa" w:w="26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«__» ______ 20__ г.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вх. № 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</w:tc>
        <w:tc>
          <w:tcPr>
            <w:tcW w:type="dxa" w:w="307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«__» ______ 20__ г.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Получил: ________</w:t>
            </w:r>
          </w:p>
        </w:tc>
        <w:tc>
          <w:tcPr>
            <w:tcW w:type="dxa" w:w="363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«__» ______ 20__ г.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трудовой книжки на руки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