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Решение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единственного участника Общества с ограниченной ответственностью «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[наименование]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» об увеличении уставного капитала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зарегистрирован(а)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являясь единственным участником Общества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» (ОГРН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[юридический адрес]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; далее — Общество), владеющим долей в размере 100 % уставного капитала номинальной стоимостью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рублей, и подтверждая, что действующий уставный капитал Общества оплачен полностью,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руководствуясь статьями 17, 19 и 39 Федерального закона от 08.02.1998 № 14-ФЗ «Об обществах с ограниченной ответственностью»,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Решил: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Увеличить уставный капитал Общества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рублей, то есть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рублей, за счёт дополнительного вклада единственного участника Общества.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Определить стоимость дополнительного вклада единственного участника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рублей. Вклад вносится денежными средствами путём перечисления на расчётный счёт Общества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счёта]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[БИК]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Внести дополнительный вклад в течение двух месяцев со дня принятия настоящего решения, то есть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После внесения дополнительного вклада номинальная стоимость доли единственного участника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увеличивается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 и составит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 Размер доли остаётся равным 100 % уставного капитала.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Не позднее одного месяца со дня окончания срока внесения дополнительного вклада утвердить итоги его внесения и изменения в устав Общества, связанные с увеличением уставного капитала.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Поручить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единоличного исполнительного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Общества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течение одного месяца со дня утверждения итогов внесения дополнительного вклада обеспечить государственную регистрацию изменений в регистрирующем органе, лично или через нотариуса.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Факт принятия этого решения подтверждает нотариус (п. 3 ст. 17 Закона об ООО): подписывайте решение у нотариуса.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Единственный участник Общества 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keepNext/>
        <w:pageBreakBefore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Решение № [номер]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единственного участника Общества с ограниченной ответственностью «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[наименование]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» об утверждении итогов внесения дополнительного вклада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 и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являясь единственным участником Общества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» (ОГРН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 далее — Общество), руководствуясь статьями 19 и 39 Федерального закона от 08.02.1998 № 14-ФЗ «Об обществах с ограниченной ответственностью»,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Решил: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Утвердить итоги внесения дополнительного вклада в уставный капитал Общества, предусмотренного решением единственного участника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Дополнительный вклад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 внесён полностью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внесения]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[платёжное поручение или приходный кассовый ордер]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Утвердить уставный капитал Общества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Утвердить номинальную стоимость доли единственного участника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) рублей, что составляет 100 % уставного капитала Общества.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Внести в устав Общества изменения, связанные с увеличением уставного капитала, и утвердить устав в новой редакции.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Поручить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единоличного исполнительного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Общества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течение одного месяца со дня принятия настоящего решения подать в регистрирующий орган заявление по форме Р13014 и документы для государственной регистрации изменений.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Приложения: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документа, подтверждающего внесение дополнительного вклада;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устав Общества в новой редакции.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Единственный участник Общества 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об увеличении уставного капитала ООО за счёт дополнительного вклада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