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Приказ № [номер]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назначении ответственного за охрану труда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целях обеспечения безопасных условий и охраны труда, функционирования системы управления охраной труда и в связи с отсутствием в организации службы охраны труда и штатного специалиста по охране труда, руководствуясь статьями 214, 217 и частью 3 статьи 223 Трудового кодекса Российской Федерации и Положением о системе управления охраной труда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ПРИКАЗЫВАЮ: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Возложить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функции специалиста по охране труда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 Имя Отчество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его письменного согласия, в порядке совмещения, без освобождения от основной работы, определённой трудовым договором.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Поручить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 И. О.]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выполнять следующие обязанности: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Организовывать проведение вводного инструктажа по охране труда, контролировать проведение первичного, повторного, внепланового и целевого инструктажей руководителями структурных подразделений.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Составлять план обучения работников по охране труда, организовывать обучение требованиям охраны труда, оказанию первой помощи пострадавшим и использованию средств индивидуальной защиты, а также проверку знания требований охраны труда.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Контролировать обеспечение работников средствами индивидуальной защиты, вести учёт их выдачи.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Участвовать в проведении специальной оценки условий труда и оценки профессиональных рисков, разрабатывать мероприятия по снижению уровней профессиональных рисков.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Контролировать своевременное направление работников на обязательные медицинские осмотры.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Разрабатывать и актуализировать инструкции по охране труда, программы инструктажей, вести журналы и иную документацию по охране труда.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2.7.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Участвовать в расследовании несчастных случаев на производстве и профессиональных заболеваний.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2.8.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Информировать руководителя о выявленных нарушениях требований охраны труда и вносить предложения по их устранению.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Направить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 И. О.]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обучение требованиям охраны труда в организацию, оказывающую услуги по обучению работодателей и работников вопросам охраны труда, в срок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Установить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 И. О.]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за выполнение дополнительной работы ежемесячную доплату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 на период выполнения функций, указанных в пункте 1 настоящего приказа.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период временного отсутствия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 И. О.]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(отпуск, временная нетрудоспособность, командировка) возложить исполнение функций, указанных в пункте 2 настоящего приказа,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 Имя Отчество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его письменного согласия.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ответственного за кадровую работу]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 И. О.]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срок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оформить дополнительные соглашения к трудовым договорам с работниками, указанными в пунктах 1 и 5 настоящего приказа, ознакомить их с настоящим приказом под подпись.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7.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Главному бухгалтеру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 И. О.]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производить начисление доплаты, указанной в пункте 4 настоящего приказа, и оплатить обучение, указанное в пункте 3 настоящего приказа.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8.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Контроль за исполнением настоящего приказа оставляю за собой.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Основание: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письменное согласие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 И. О.]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г.; письменное согласие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 И. О.]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руководителя]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 И. О.]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 приказом ознакомлены: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3430"/>
        <w:gridCol w:w="2962"/>
        <w:gridCol w:w="1871"/>
        <w:gridCol w:w="1091"/>
      </w:tblGrid>
      <w:tr>
        <w:trPr>
          <w:cantSplit/>
        </w:trPr>
        <w:tc>
          <w:tcPr>
            <w:tcW w:type="dxa" w:w="343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ФИО</w:t>
            </w:r>
          </w:p>
        </w:tc>
        <w:tc>
          <w:tcPr>
            <w:tcW w:type="dxa" w:w="296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Должность</w:t>
            </w:r>
          </w:p>
        </w:tc>
        <w:tc>
          <w:tcPr>
            <w:tcW w:type="dxa" w:w="187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Подпись</w:t>
            </w:r>
          </w:p>
        </w:tc>
        <w:tc>
          <w:tcPr>
            <w:tcW w:type="dxa" w:w="109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Дата</w:t>
            </w:r>
          </w:p>
        </w:tc>
      </w:tr>
      <w:tr>
        <w:trPr>
          <w:cantSplit/>
        </w:trPr>
        <w:tc>
          <w:tcPr>
            <w:tcW w:type="dxa" w:w="343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[Фамилия Имя Отчество]</w:t>
            </w:r>
          </w:p>
        </w:tc>
        <w:tc>
          <w:tcPr>
            <w:tcW w:type="dxa" w:w="296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</w:tc>
        <w:tc>
          <w:tcPr>
            <w:tcW w:type="dxa" w:w="187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____________</w:t>
            </w:r>
          </w:p>
        </w:tc>
        <w:tc>
          <w:tcPr>
            <w:tcW w:type="dxa" w:w="109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</w:tr>
      <w:tr>
        <w:trPr>
          <w:cantSplit/>
        </w:trPr>
        <w:tc>
          <w:tcPr>
            <w:tcW w:type="dxa" w:w="343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[Фамилия Имя Отчество]</w:t>
            </w:r>
          </w:p>
        </w:tc>
        <w:tc>
          <w:tcPr>
            <w:tcW w:type="dxa" w:w="296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</w:tc>
        <w:tc>
          <w:tcPr>
            <w:tcW w:type="dxa" w:w="187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____________</w:t>
            </w:r>
          </w:p>
        </w:tc>
        <w:tc>
          <w:tcPr>
            <w:tcW w:type="dxa" w:w="109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</w:tr>
      <w:tr>
        <w:trPr>
          <w:cantSplit/>
        </w:trPr>
        <w:tc>
          <w:tcPr>
            <w:tcW w:type="dxa" w:w="343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[Фамилия Имя Отчество]</w:t>
            </w:r>
          </w:p>
        </w:tc>
        <w:tc>
          <w:tcPr>
            <w:tcW w:type="dxa" w:w="296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</w:tc>
        <w:tc>
          <w:tcPr>
            <w:tcW w:type="dxa" w:w="187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____________</w:t>
            </w:r>
          </w:p>
        </w:tc>
        <w:tc>
          <w:tcPr>
            <w:tcW w:type="dxa" w:w="109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</w:tr>
      <w:tr>
        <w:trPr>
          <w:cantSplit/>
        </w:trPr>
        <w:tc>
          <w:tcPr>
            <w:tcW w:type="dxa" w:w="3430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[Фамилия Имя Отчество]</w:t>
            </w:r>
          </w:p>
        </w:tc>
        <w:tc>
          <w:tcPr>
            <w:tcW w:type="dxa" w:w="296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[главный бухгалтер]</w:t>
            </w:r>
          </w:p>
        </w:tc>
        <w:tc>
          <w:tcPr>
            <w:tcW w:type="dxa" w:w="187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____________</w:t>
            </w:r>
          </w:p>
        </w:tc>
        <w:tc>
          <w:tcPr>
            <w:tcW w:type="dxa" w:w="109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Назначенный работник обязан пройти обучение по охране труда во внешней обучающей организации (п. 44 Правил, утв. постановлением Правительства РФ от 24.12.2021 № 2464).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назначении ответственного за охрану труда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