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[КПП]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утверждении учётной политики на 2027 год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не позднее 31 декабря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8 Федерального закона от 06.12.2011 № 402-ФЗ «О бухгалтерском учёте», Положением по бухгалтерскому учёту «Учётная политика организации» (ПБУ 1/2008), утверждённым приказом Минфина России от 06.10.2008 № 106н, статьёй 313 и пунктом 12 статьи 167 Налогового кодекса Российской Федерации,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Утвердить учётную политику для целей бухгалтерского учёта согласно приложению 1 к настоящему приказу.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Утвердить учётную политику для целей налогообложения согласно приложению 2 к настоящему приказу.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Применять учётную политику, утверждённую настоящим приказом, с 1 января 2027 года последовательно из года в год до внесения в неё изменений.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утратившим силу с 1 января 2027 года приказ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«Об утверждении учётной политики».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обеспечить применение учётной политики всеми работниками, связанными с ведением учёта, и раскрыть её существенные положения в пояснениях к бухгалтерской (финансовой) отчётности.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настоящего приказа оставляю за собой.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Генеральный директор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приказом ознакомлен(а):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548"/>
        <w:gridCol w:w="2741"/>
        <w:gridCol w:w="1935"/>
        <w:gridCol w:w="1129"/>
      </w:tblGrid>
      <w:tr>
        <w:trPr>
          <w:cantSplit/>
        </w:trPr>
        <w:tc>
          <w:tcPr>
            <w:tcW w:type="dxa" w:w="354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</w:t>
            </w:r>
          </w:p>
        </w:tc>
        <w:tc>
          <w:tcPr>
            <w:tcW w:type="dxa" w:w="27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</w:t>
            </w:r>
          </w:p>
        </w:tc>
        <w:tc>
          <w:tcPr>
            <w:tcW w:type="dxa" w:w="19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11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354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274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Главный бухгалтер</w:t>
            </w:r>
          </w:p>
        </w:tc>
        <w:tc>
          <w:tcPr>
            <w:tcW w:type="dxa" w:w="193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</w:t>
            </w:r>
          </w:p>
        </w:tc>
        <w:tc>
          <w:tcPr>
            <w:tcW w:type="dxa" w:w="112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1 к приказу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keepNext/>
        <w:spacing w:before="16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Учётная политика для целей бухгалтерского учёта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Организация бухгалтерского учёта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Бухгалтерский учёт ведёт главный бухгалтер. Он формирует учётную политику и отвечает за её применение.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Учёт ведётся в электронном виде в программе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программы]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применением рабочего плана счетов, приведённого в приложении 3 к приказу и составленного на основе Плана счетов, утверждённого приказом Минфина России от 31.10.2000 № 94н.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Первичные учётные документы оформляются по формам, приведённым в приложении 4 к приказу, и содержат обязательные реквизиты, предусмотренные частью 2 статьи 9 Федерального закона № 402-ФЗ. Документы могут составляться в электронном виде и подписываться электронной подписью.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подписи первичных документов имеют лица, перечисленные в приложении 5 к приказу.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Инвентаризация активов и обязательств проводится в соответствии с ФСБУ 28/2023 «Инвентаризация» перед составлением годовой бухгалтерской отчётности по состоянию на 31 декабря, а также в иных обязательных случаях.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Основные средства и запасы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Активы, отвечающие признакам основных средств, стоимостью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[100 000]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за единицу отражаются в составе расходов периода, в котором они приобретены (ФСБУ 6/2020).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Основные средства после признания оцениваются по первоначальной стоимости. Амортизация начисляется линейным способом исходя из срока полезного использования, определённого комиссией при принятии объекта к учёту.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Запасы при отпуске в производство и ином выбытии оцениваются по средней себестоимости (ФСБУ 5/2019).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Доходы и расходы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Доходы признаются и оцениваются в соответствии с ФСБУ 9/2025 «Доходы», расходы — в соответствии с ФСБУ 10/2026 «Расходы».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Степень выполнения обязанности по договорам, исполняемым в течение времени, определяется по доле понесённых затрат в общей сумме ожидаемых затрат по договору.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Последствия перехода на ФСБУ 9/2025 и ФСБУ 10/2026 отражаются в порядке, предусмотренном указанными стандартами.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Обязательства и отчётность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Оценочное обязательство по оплате отпусков работникам признаётся ежемесячно с учётом страховых взносов.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Существенной признаётся сумма, отношение которой к общему итогу соответствующих данных за отчётный год составляет не менее 5 процентов.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Бухгалтерская (финансовая) отчётность составляется в соответствии с ФСБУ 4/2023 «Бухгалтерская (финансовая) отчётность» и представляется в налоговый орган в электронном виде.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2 к приказу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keepNext/>
        <w:spacing w:before="16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Учётная политика для целей налогообложения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Общие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Налоговый учёт ведёт бухгалтерия на основе данных бухгалтерского учёта и аналитических регистров налогового учёта, формируемых в программе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программы]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Организация применяет общую систему налогообложения.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Налог на прибыль организаций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Доходы и расходы определяются методом начисления (статьи 271, 272 НК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Амортизируемым признаётся имущество со сроком полезного использования более 12 месяцев и первоначальной стоимостью более 100 000 рублей (пункт 1 статьи 256 НК РФ). Амортизация начисляется линейным методом (статья 259 НК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 прямым расходам относятся (статья 318 НК РФ): материальные затраты на приобретение сырья и материалов, используемых в производстве товаров (выполнении работ, оказании услуг); расходы на оплату труда персонала, участвующего в производстве, и начисленные на них страховые взносы; суммы амортизации по основным средствам, используемым при производстве. Остальные расходы признаются косвенными.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Резерв по сомнительным долгам и резерв предстоящих расходов на оплату отпусков не создаются.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Налог на добавленную стоимость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Налог исчисляется по ставкам, установленным статьёй 164 НК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осуществлении операций, облагаемых и не облагаемых НДС, ведётся раздельный учёт сумм налога по приобретённым товарам (работам, услугам) в порядке пунктов 4 и 4.1 статьи 170 НК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Счета-фактуры, книги покупок и продаж ведутся в электронном виде. Право подписи счетов-фактур имеют лица, перечисленные в приложении 5 к приказу.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Приложения 3–5 (рабочий план счетов, формы первичных документов и список лиц с правом подписи) составьте отдельно и приложите к приказу.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учётной политики организации на 2027 год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