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Приказ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назначении ответственного за ведение кадрового делопроизводства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целях организации кадрового делопроизводства, обеспечения сохранности трудовых книжек и документов по личному составу и защиты персональных данных работников, руководствуясь статьями 60.2, 62, 66.1, 86–88 и 151 Трудового кодекса Российской Федерации, Порядком ведения и хранения трудовых книжек, утверждённым приказом Минтруда России от 19.05.2021 № 320н, и статьёй 22.1 Федерального закона от 27.07.2006 № 152-ФЗ «О персональных данных»,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ПРИКАЗЫВАЮ: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Возложить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ведение кадрового делопроизводства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его письменного согласия, в порядке совмещения, без освобождения от основной работы, определённой трудовым договором.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выполнять следующие обязанности: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Оформлять документы о приёме, переводе, предоставлении отпусков и увольнении работников, знакомить работников с приказами под подпись.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личные карточки и личные дела работников.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Вести, хранить, учитывать и выдавать трудовые книжки и вкладыши в них, вести книгу учёта движения трудовых книжек и вкладышей в них.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Формировать сведения о трудовой деятельности работников и своевременно представлять их в Социальный фонд России, выдавать работникам сведения о трудовой деятельности по их заявлениям.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Составлять график отпусков и извещать работников о времени начала отпуска.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Выдавать работникам по их письменным заявлениям копии документов, связанных с работой, не позднее трёх рабочих дней со дня обращения.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хранение документов по личному составу и их передачу на архивное хранение в установленные сроки.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ответственным за организацию обработки персональных данных работников, обязать его соблюдать требования законодательства о персональных данных и локальных актов организации о порядке их обработки.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Хранить трудовые книжки, книгу учёта их движения и личные дела работников в запираемом металлическом шкафу (сейфе) в помещении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или наименование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Доступ к кадровым документам и к кадровому разделу учётной программы предоставить только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лицу, указанному в пункте 6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Установить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выполнение дополнительной работы ежемесячную доплату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на период выполнения обязанностей, указанных в пункте 2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период временного отсутствия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(отпуск, временная нетрудоспособность, командировка) возложить исполнение обязанностей, указанных в пунктах 2–4 настоящего приказа,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его письменного согласия.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принять по акту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Фамилия И. О. передающего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трудовые книжки, книгу учёта их движения, личные дела и иные кадровые документы.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8.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Главному бухгалтеру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подготовить дополнительные соглашения к трудовым договорам с работниками, указанными в пунктах 1 и 6 настоящего приказа, и производить начисление доплаты, указанной в пункте 5 настоящего приказа.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9.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Контроль за исполнением настоящего приказа оставляю за собой.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Основание: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письменное 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 письменное согласие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И. О.]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430"/>
        <w:gridCol w:w="2962"/>
        <w:gridCol w:w="1871"/>
        <w:gridCol w:w="1091"/>
      </w:tblGrid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2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Должность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  <w:tc>
          <w:tcPr>
            <w:tcW w:type="dxa" w:w="10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0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9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</w:tc>
        <w:tc>
          <w:tcPr>
            <w:tcW w:type="dxa" w:w="187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0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34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  <w:tc>
          <w:tcPr>
            <w:tcW w:type="dxa" w:w="296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[главный бухгалтер]</w:t>
            </w:r>
          </w:p>
        </w:tc>
        <w:tc>
          <w:tcPr>
            <w:tcW w:type="dxa" w:w="187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</w:t>
            </w:r>
          </w:p>
        </w:tc>
        <w:tc>
          <w:tcPr>
            <w:tcW w:type="dxa" w:w="10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Трудовые книжки, книгу учёта их движения и личные дела передавайте новому ответственному только по акту с поимённым перечнем: это единственное доказательство того, у кого находились документы.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ведение кадрового делопроизводства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