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 транспортного средства с экипажем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(фрахтование на время)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арендодателя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№ ... от ...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«Арендатор»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предоставляет Арендатору за плату во временное владение и пользование транспортное средство, указанное в пункте 1.2 Договора (далее — Транспортное средство), и оказывает своими силами услуги по управлению им и по его технической эксплуатации.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Транспортном средстве: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Тип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грузовой фургон, автобус]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 (ПТС или ЭПТС)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Грузоподъёмность / пассажировместимость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[значение]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Транспортное средство принадлежит Арендодателю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Транспортное средство не заложено, не арестовано и не обременено правами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Транспортное средство предоставляется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использования, например: перевозки грузов Арендатора по территории Московской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Режим использования Транспортного средства: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по рабочим дням с 8:00 до 20:00]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Работа сверх этого режима согласовывается Сторонами заранее и оплачивается дополнительно по ставке, указанной в пункте 5.2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Транспортное средство предоставляется в аренду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Транспортное средство передаётся Арендатору и возвращается Арендодателю по актам приёма-передачи, которые подписываются уполномоченными представителями Сторон. Форма акта приведена в Приложении № 1 к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Экипаж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Управление Транспортным средством и его техническую эксплуатацию осуществляет экипаж в составе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водительское удостоверение категории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Экипаж).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Члены Экипажа являются работниками Арендодателя. Арендодатель самостоятельно выплачивает им заработную плату, уплачивает налоги и страховые взносы, обеспечивает соблюдение режима труда и отдыха.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Члены Экипажа подчиняются распоряжениям Арендодателя, относящимся к управлению и технической эксплуатации, и распоряжениям Арендатора, касающимся коммерческой эксплуатации Транспортного средства (маршрут, адреса погрузки и выгрузки, время подачи).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обеспечивает оформление путевых листов, проведение предрейсовых и послерейсовых медицинских осмотров водителей и предрейсового контроля технического состояния Транспортного средства.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по мотивированному требованию Арендатора заменяет члена Экипажа, который нарушает правила дорожного движения, условия Договора или законные распоряжения Арендатора,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требования.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Транспортное средство в исправном техническом состоянии, с полным комплектом документов и принадлежностей, необходимых для эксплуатации;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всего срока аренды поддерживать Транспортное средство в надлежащем состоянии, осуществлять за свой счёт текущий и капитальный ремонт и техническое обслуживание;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застраховать гражданскую ответственность владельца Транспортного средства по договору ОСАГО на весь срок аренды без ограничения списка лиц, допущенных к управлению, либо с включением в него всех членов Экипажа;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неисправности Транспортного средства, не позволяющей его использовать,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предоставить замену с аналогичными характеристиками или уменьшить арендную плату пропорционально времени простоя.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Транспортное средство в соответствии с целью, указанной в пункте 1.4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превышать допустимую массу и габариты груза, указанные в документах на Транспортное средство, и предоставлять Экипажу достоверные сведения о грузе;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нести расходы, возникающие в связи с коммерческой эксплуатацией Транспортного средства: оплату топлива, платных дорог, стоянок, а также иные сборы, связанные с выполнением своих заданий;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срока аренды вернуть Транспортное средство в состоянии, в котором оно было получено,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вправе от своего имени заключать с третьими лицами договоры перевозки и иные договоры, не противоречащие цели, указанной в пункте 1.4 Договора. Сдача Транспортного средства в субаренду допускается только с письменного согласия Арендодателя.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Арендная плата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том числе: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плата за владение и пользование Транспортным средством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плата за услуги по управлению и технической эксплуатации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Работа сверх режима, указанного в пункте 1.5 Договора, оплачивается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час.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вносится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расчётным, на основании акта об оказанных услугах и счёта Арендодателя. За неполный месяц плата начисляется пропорционально количеству дней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топливо и иные расходы, указанные в пункте 4.2 Договора, в арендную плату не включены и оплачиваются Арендатором непосредственно либо возмещаются Арендодателю по подтверждающим документам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их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по оплате считается исполненным в день списания денежных средств с расчётного счёта Арендатора.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Ответственность за вред, причинённый третьим лицам Транспортным средством, его механизмами и оборудованием, несёт Арендодатель. Арендодатель вправе предъявить Арендатору регрессное требование о возмещении выплаченных сумм, если докажет, что вред возник по вине Арендатора.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гибели или повреждения Транспортного средства Арендатор возмещает Арендодателю убытки, если Арендодатель докажет, что гибель или повреждение произошли по обстоятельствам, за которые Арендатор отвечает в соответствии с законом или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Административные штрафы за нарушения, допущенные Экипажем при управлении Транспортным средством, оплачивает Арендодатель. Штрафы, наложенные вследствие предоставления Арендатором недостоверных сведений о массе или габаритах груза, Арендатор возмещает Арендодателю в течение 10 рабочих дней с даты получения требования с копией постановления.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внесения арендной платы Арендатор уплачивает неустойку в размере 0,1 % от просроченной суммы за каждый день просрочки, но не более 10 % от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задержку подачи Транспортного средства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часа Арендодатель уплачивает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случай.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ответственности, если неисполнение обязательств вызвано обстоятельствами непреодолимой силы, о которых Сторона известила другую Сторону в течение 3 рабочих дней с момента их наступления.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из Сторон вправе отказаться от Договора, письменно уведомив другую Сторону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 В этом случае Арендатор оплачивает аренду по дату фактического возврата Транспортного средства.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вправе отказаться от Договора, если Арендатор более двух раз подряд не вносит арендную плату в установленный срок или использует Транспортное средство не по назначению.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10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Московской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 По истечении срока аренды Договор не возобновляется автоматически: продление оформляется дополнительным соглашением.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документы направляются по адресам, указанным в разделе 10 Договора, заказным письмом или по электронной почте. Сообщение считается полученным в день его доставки адресату.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форма акта приёма-передачи Транспортного средства.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 ИП]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договору аренды транспортного средства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экипажем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транспортного средства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(Арендодатель)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(Арендатор) принял во временное владение и пользование Транспортное средство: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[VIN]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Показания одометра: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км. Уровень топлива: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Транспортным средством переданы: свидетельство о регистрации ТС, полис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 и принадлежности: огнетушитель, аптечка, знак аварийной остановки, запасное колесо]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Техническое состояние: исправно. Видимые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повреждений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Экипаж: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приступил к исполнению обязанностей.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претензий друг к другу не имеют.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(Арендодатель)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(Арендатор)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