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аренды спецтехники с экипажем № [номер]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арендодателя или ФИО индивидуального предпринимателя]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[устава, доверенности № ... от ... или листа записи ЕГРИП]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«Арендодатель»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арендатора]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доверенности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«Арендатор»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Арендодатель предоставляет Арендатору за плату во временное владение и пользование специальную технику, указанную в пункте 1.2 Договора (далее — Техника), и оказывает своими силами услуги по управлению ею и по её технической эксплуатации.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Перечень Техники и ставки арендной платы: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2969"/>
        <w:gridCol w:w="2301"/>
        <w:gridCol w:w="2004"/>
        <w:gridCol w:w="2078"/>
      </w:tblGrid>
      <w:tr>
        <w:trPr>
          <w:cantSplit/>
        </w:trPr>
        <w:tc>
          <w:tcPr>
            <w:tcW w:type="dxa" w:w="29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Наименование, марка, модель</w:t>
            </w:r>
          </w:p>
        </w:tc>
        <w:tc>
          <w:tcPr>
            <w:tcW w:type="dxa" w:w="230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Заводской номер (VIN), госномер</w:t>
            </w:r>
          </w:p>
        </w:tc>
        <w:tc>
          <w:tcPr>
            <w:tcW w:type="dxa" w:w="200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Свидетельство о регистрации</w:t>
            </w:r>
          </w:p>
        </w:tc>
        <w:tc>
          <w:tcPr>
            <w:tcW w:type="dxa" w:w="207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Ставка за 1 машино-час, руб.</w:t>
            </w:r>
          </w:p>
        </w:tc>
      </w:tr>
      <w:tr>
        <w:trPr>
          <w:cantSplit/>
        </w:trPr>
        <w:tc>
          <w:tcPr>
            <w:tcW w:type="dxa" w:w="29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экскаватор-погрузчик JCB 3CX]</w:t>
            </w:r>
          </w:p>
        </w:tc>
        <w:tc>
          <w:tcPr>
            <w:tcW w:type="dxa" w:w="230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[госномер]</w:t>
            </w:r>
          </w:p>
        </w:tc>
        <w:tc>
          <w:tcPr>
            <w:tcW w:type="dxa" w:w="200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номер]</w:t>
            </w:r>
          </w:p>
        </w:tc>
        <w:tc>
          <w:tcPr>
            <w:tcW w:type="dxa" w:w="207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297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техники]</w:t>
            </w:r>
          </w:p>
        </w:tc>
        <w:tc>
          <w:tcPr>
            <w:tcW w:type="dxa" w:w="230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[госномер]</w:t>
            </w:r>
          </w:p>
        </w:tc>
        <w:tc>
          <w:tcPr>
            <w:tcW w:type="dxa" w:w="200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номер]</w:t>
            </w:r>
          </w:p>
        </w:tc>
        <w:tc>
          <w:tcPr>
            <w:tcW w:type="dxa" w:w="207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Техника принадлежит Арендодателю на праве собственности, зарегистрирована в установленном порядке, не заложена, не арестована и не обременена правами третьих лиц.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Техника предоставляется для выполнения Арендатором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работ, например: земляных работ по рытью траншей]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объекте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Объект).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Срок аренды и порядок подачи техники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Срок аренды —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Техника работает по заявкам Арендатора. Заявка направляется по электронной почте или в мессенджере, указанным в разделе 10 Договора,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часов дня, предшествующего дню работы, и содержит дату, время подачи, адрес и вид работ.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Продолжительность рабочей смены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часов. Минимальная оплачиваемая продолжительность работы Техники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машино-часов за смену, включая время на подачу Техники на Объект.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Техника передаётся Арендатору при первой подаче на Объект и возвращается по окончании срока аренды по актам приёма-передачи, в которых фиксируются комплектность, техническое состояние и показания счётчика моточасов.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Экипаж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Управление Техникой и её техническую эксплуатацию осуществляет экипаж Арендодателя — машинисты (операторы), имеющие удостоверения и допуски, необходимые для управления Техникой соответствующего вида (далее — Экипаж).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Члены Экипажа являются работниками Арендодателя. Арендодатель выплачивает им заработную плату, обеспечивает соблюдение режима труда и отдыха, проводит их обучение и инструктажи по охране труда.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Члены Экипажа подчиняются распоряжениям Арендодателя, относящимся к управлению и технической эксплуатации, и распоряжениям Арендатора, касающимся коммерческой эксплуатации Техники: места, объёма и порядка выполнения работ.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Член Экипажа вправе отказаться от выполнения распоряжения Арендатора, если его выполнение создаёт угрозу жизни и здоровью людей, сохранности Техники или противоречит требованиям безопасности.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Права и обязанности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Арендодатель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подавать Технику на Объект в исправном состоянии, заправленной, с необходимыми документами;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течение всего срока аренды поддерживать Технику в надлежащем состоянии, осуществлять за свой счёт её текущий и капитальный ремонт и техническое обслуживание;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застраховать гражданскую ответственность владельца Техники, если такое страхование обязательно в силу закона;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 поломке Техники, не позволяющей продолжить работы,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часов устранить неисправность или заменить Технику на аналогичную. Время простоя по вине Арендодателя не оплачивается.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Арендатор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обеспечить подъездные пути и площадку для работы Техники, сообщить Экипажу о наличии на Объекте подземных и надземных коммуникаций, получить необходимые разрешения на производство работ;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назначить ответственное лицо, которое выдаёт Экипажу задания и подписывает сменные рапорты;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обеспечить сохранность Техники, оставленной на Объекте в нерабочее время;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своевременно вносить арендную плату.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Арендатор не вправе сдавать Технику в субаренду и передавать её третьим лицам без письменного согласия Арендодателя.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Арендная плата и порядок расчётов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Арендная плата рассчитывается исходя из фактически отработанных машино-часов и ставок, указанных в пункте 1.2 Договора. Ставки включают плату за пользование Техникой, услуги Экипажа и стоимость топлива. НДС: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[ставка и сумма НДС или «НДС не облагается» с указанием основания]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Учёт работы Техники ведётся по сменным рапортам (Приложение № 1), которые ежедневно подписывают машинист и ответственное лицо Арендатора. Если ответственное лицо отказалось подписать рапорт и не указало причину в течение рабочего дня, рапорт считается подписанным.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Арендатор вносит предоплату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подписания Договора. Предоплата засчитывается в счёт арендной платы.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Окончательный расчёт производится ежемесячно,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подписания акта об оказанных услугах, составленного на основании сменных рапортов.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Время простоя Техники по вине Арендатора (отсутствие фронта работ, задержка допуска на Объект) оплачивается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ставки за каждый час простоя.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Ответственность за вред, причинённый третьим лицам Техникой, её механизмами и оборудованием, несёт Арендодатель. Арендодатель вправе предъявить Арендатору регрессное требование о возмещении выплаченных сумм, если докажет, что вред возник по вине Арендатора.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Экипаж повредил подземные коммуникации или иное имущество, о расположении которого Арендатор не сообщил, ответственность за причинённый вред несёт Арендатор.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случае гибели или повреждения Техники Арендатор возмещает Арендодателю убытки, если Арендодатель докажет, что гибель или повреждение произошли по обстоятельствам, за которые Арендатор отвечает в соответствии с законом или Договором, в том числе вследствие необеспечения сохранности Техники в нерабочее время.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нарушение срока внесения арендной платы Арендатор уплачивает неустойку в размере 0,1 % от просроченной суммы за каждый день просрочки, но не более 10 % от этой суммы.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неподачу Техники по согласованной заявке Арендодатель уплачивает штраф в размере стоимости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машино-часов работы этой Техники.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освобождаются от ответственности за неисполнение обязательств, вызванное обстоятельствами непреодолимой силы, о которых Сторона известила другую Сторону в течение 3 рабочих дней.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Изменение и расторжение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Изменения и дополнения к Договору действительны, если они совершены в письменной форме и подписаны Сторонами.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Каждая из Сторон вправе отказаться от Договора, письменно уведомив другую Сторону не менее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прекращении Договора Арендодатель в течение 10 рабочих дней возвращает Арендатору предоплату за вычетом стоимости фактически отработанных машино-часов.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Разрешение споров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разрешаются путём переговоров и в претензионном порядке. Срок ответа на претензию — 10 рабочих дней с даты её получения.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спор не урегулирован в претензионном порядке, он передаётся на рассмотрение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суда, например: Арбитражный суд Свердловской области]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даты подписания и действует до полного исполнения Сторонами своих обязательств. По истечении срока аренды Договор не возобновляется автоматически.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Заявки, сменные рапорты, уведомления и акты, направленные по адресам электронной почты, указанным в разделе 10 Договора, имеют юридическую силу. Оригиналы актов передаются Сторонами друг другу в течение 10 рабочих дней.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одинаковую юридическую силу, по одному для каждой из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1 — форма сменного рапорта.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10.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Арендодатель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Арендатор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или ФИО ИП]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[ИНН/КПП]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(ОГРНИП)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Телефон: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[телефон]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[ИНН/КПП]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Телефон: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[телефон]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</w:tr>
    </w:tbl>
    <w:p>
      <w:pPr>
        <w:pageBreakBefore/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1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 договору аренды спецтехники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экипажем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Сменный рапорт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работе специальной техники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Объект: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объекта]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Техника: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[наименование, 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госномер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Машинист: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машиниста]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336"/>
        <w:gridCol w:w="1644"/>
        <w:gridCol w:w="2158"/>
        <w:gridCol w:w="2364"/>
        <w:gridCol w:w="1850"/>
      </w:tblGrid>
      <w:tr>
        <w:trPr>
          <w:cantSplit/>
        </w:trPr>
        <w:tc>
          <w:tcPr>
            <w:tcW w:type="dxa" w:w="133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Начало работы</w:t>
            </w:r>
          </w:p>
        </w:tc>
        <w:tc>
          <w:tcPr>
            <w:tcW w:type="dxa" w:w="164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Окончание работы</w:t>
            </w:r>
          </w:p>
        </w:tc>
        <w:tc>
          <w:tcPr>
            <w:tcW w:type="dxa" w:w="21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Перерывы и простои, ч</w:t>
            </w:r>
          </w:p>
        </w:tc>
        <w:tc>
          <w:tcPr>
            <w:tcW w:type="dxa" w:w="23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Отработано машино-часов</w:t>
            </w:r>
          </w:p>
        </w:tc>
        <w:tc>
          <w:tcPr>
            <w:tcW w:type="dxa" w:w="185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Выполненные работы</w:t>
            </w:r>
          </w:p>
        </w:tc>
      </w:tr>
      <w:tr>
        <w:trPr>
          <w:cantSplit/>
        </w:trPr>
        <w:tc>
          <w:tcPr>
            <w:tcW w:type="dxa" w:w="133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[время]</w:t>
            </w:r>
          </w:p>
        </w:tc>
        <w:tc>
          <w:tcPr>
            <w:tcW w:type="dxa" w:w="164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[время]</w:t>
            </w:r>
          </w:p>
        </w:tc>
        <w:tc>
          <w:tcPr>
            <w:tcW w:type="dxa" w:w="21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</w:p>
        </w:tc>
        <w:tc>
          <w:tcPr>
            <w:tcW w:type="dxa" w:w="23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</w:p>
        </w:tc>
        <w:tc>
          <w:tcPr>
            <w:tcW w:type="dxa" w:w="185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[описание работ]</w:t>
            </w:r>
          </w:p>
        </w:tc>
      </w:tr>
      <w:tr>
        <w:trPr>
          <w:cantSplit/>
        </w:trPr>
        <w:tc>
          <w:tcPr>
            <w:tcW w:type="dxa" w:w="133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[время]</w:t>
            </w:r>
          </w:p>
        </w:tc>
        <w:tc>
          <w:tcPr>
            <w:tcW w:type="dxa" w:w="164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[время]</w:t>
            </w:r>
          </w:p>
        </w:tc>
        <w:tc>
          <w:tcPr>
            <w:tcW w:type="dxa" w:w="215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</w:p>
        </w:tc>
        <w:tc>
          <w:tcPr>
            <w:tcW w:type="dxa" w:w="23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</w:p>
        </w:tc>
        <w:tc>
          <w:tcPr>
            <w:tcW w:type="dxa" w:w="185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[описание работ]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Причины простоев: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[причина или «простоев не было»]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Машинист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Ответственное лицо Арендатора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спецтехники с экипажем (машинистом)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