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на оказание клининговых услуг № [номер]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по заданию Заказчика оказывать услуги по уборке помещений и прилегающей территории (далее — Услуги), а Заказчик обязуется оплачивать эти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на объекте Заказчика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общая площадь убираемых помещений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(далее — Объект).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Перечень, объём и периодичность Услуг определены в Приложении № 1 к Договору (далее — Перечень услуг).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ежедневно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кроме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[выходные дни, например: воскресенья и нерабочих праздничных дней]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Генеральная уборка проводится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[периодичность, например: один раз в квартал]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дату, согласованную Сторонами.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своими силами, с использованием собственного оборудования, инвентаря, моющих и дезинфицирующих средств. Стоимость средств и расходных материалов включена в цену Услуг. Туалетную бумагу, бумажные полотенца, жидкое мыло и мешки для мусора поставляет Исполнитель, их стоимость также включена в цену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применяет моющие и дезинфицирующие средства, разрешённые к применению на территории Российской Федерации, и по запросу Заказчика предоставляет документы об их безопасности.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направляет на Объект персонал, прошедший инструктаж по охране труда и пожарной безопасности, в единой форменной одежде. Список персонала с указанием ФИО передаётся Заказчику до начала оказания Услуг и при каждой замене.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гарантирует, что привлекает к оказанию Услуг иностранных граждан только при наличии у них документов, дающих право на работу в Российской Федерации, и обеспечивает уведомление органов по вопросам миграции в установленном порядке.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обеспечивает персоналу Исполнителя доступ на Объект, выдаёт пропуска, выделяет помещение для хранения инвентаря и переодевания, обеспечивает доступ к воде и электроэнергии.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Персонал Исполнителя соблюдает правила внутреннего распорядка, пропускной режим и требования безопасности, действующие на Объекте.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назначает ответственное лицо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которое принимает Услуги, фиксирует замечания и взаимодействует с Исполнителем.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Контроль качества и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Замечания к качеству Услуг ответственное лицо Заказчика направляет менеджеру Исполнителя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почте, указанной в разделе 10 Договора. Исполнитель устраняет замечания без дополнительной оплаты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с момента их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Исполнитель передаёт Заказчику акт об оказанных услугах и счёт.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5 рабочих дней с даты получения акта подписывает его либо направляет мотивированный отказ с перечнем замечаний. Если в этот срок акт не подписан и мотивированный отказ не направлен, Услуги считаются принятыми в полном объёме.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Цена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Генеральная уборка и разовые Услуги, не предусмотренные Перечнем услуг, оказываются по заявке Заказчика и оплачиваются дополнительно по согласованной Сторонами стоимости.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оплачивает Услуги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об оказанных услугах путём перечисления денежных средств на расчётный счёт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отчётном месяце Услуги не оказывались в какие-либо дни по вине Исполнителя, стоимость Услуг уменьшается пропорционально количеству таких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Заказчику в полном объёме ущерб, причинённый имуществу Заказчика персоналом Исполнителя при оказании Услуг. Факт причинения ущерба фиксируется актом, который составляется с участием представителей обеих Сторон. Если представитель Исполнителя не явился в течение одного рабочего дня после уведомления, акт составляется Заказчиком в одностороннем порядке.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неустранение замечаний в срок, указанный в пункте 3.1 Договора, Исполнитель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случай.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неустойку в размере 0,1 % от просроченной суммы за каждый день просрочки, но не более 10 % от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Заказчику суммы административных штрафов, наложенных на Заказчика в связи с нарушением Исполнителем пункта 2.4 Договора, в течение 10 рабочих дней с даты получения требования с копией постановления.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силы, о которых Сторона известила другую Сторону в течение 3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обеспечивает, чтобы его персонал не просматривал, не копировал и не выносил с Объекта документы, носители информации и иное имущество Заказчика, а также не разглашал сведения, ставшие известными при оказании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30 календарных дней до окончания срока не заявит о прекращении Договора, он считается продлённым на каждый следующий календарный год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отказаться от Договора, письменно уведомив Исполнителя не менее чем за 30 календарных дней и оплатив Услуги, фактически оказанные до даты прекращения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Договора, письменно уведомив Заказчика не менее чем за 60 календарных дней и возместив Заказчику убытки, причинённые таким отказом.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города Санкт-Петербурга и Ленинградской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Уведомления, замечания, акты и претензии, направленные по адресам электронной почты, указанным в разделе 10 Договора, имеют юридическую силу. Сообщение считается полученным в день его доставки адресату.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Перечень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 ИП]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на оказание клининговых услуг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Перечень услуг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по уборке объекта по адресу: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[адрес объекта]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69"/>
        <w:gridCol w:w="3172"/>
        <w:gridCol w:w="3253"/>
        <w:gridCol w:w="2359"/>
      </w:tblGrid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Помещение, зона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Виды работ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Периодичность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Офисные помещения,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Влажная уборка полов, удаление пыли с рабочих поверхностей, подоконников и мебели, вынос мусора, замена мешков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Ежедневно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Санузлы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Мойка и дезинфекция сантехники, мойка полов и зеркал, пополнение расходных материалов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Ежедневно, повторно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Входная группа, лестницы, лифты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Влажная уборка полов и ступеней, протирка перил, дверей, кнопок лифтов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Ежедневно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Кухня, зона приёма пищи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Мойка столов, раковин, наружных поверхностей бытовой техники, вынос мусора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Ежедневно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Офисные помещения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Мойка окон с внутренней стороны, чистка радиаторов, уборка за мебелью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Один раз в месяц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3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Все помещения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Генеральная уборка, в том числе мойка окон с двух сторон, химчистка ковровых покрытий</w:t>
            </w:r>
          </w:p>
        </w:tc>
        <w:tc>
          <w:tcPr>
            <w:tcW w:type="dxa" w:w="23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[периодичность]</w:t>
            </w:r>
          </w:p>
        </w:tc>
      </w:tr>
      <w:tr>
        <w:trPr>
          <w:cantSplit/>
        </w:trPr>
        <w:tc>
          <w:tcPr>
            <w:tcW w:type="dxa" w:w="5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7</w:t>
            </w:r>
          </w:p>
        </w:tc>
        <w:tc>
          <w:tcPr>
            <w:tcW w:type="dxa" w:w="31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Прилегающая территория,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  <w:tc>
          <w:tcPr>
            <w:tcW w:type="dxa" w:w="32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Уборка мусора, в зимний период — очистка входной группы от снега и наледи</w:t>
            </w:r>
          </w:p>
        </w:tc>
        <w:tc>
          <w:tcPr>
            <w:tcW w:type="dxa" w:w="23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Ежедневно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клининговых услуг (уборка офиса)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