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на оказание охранных услуг № [номер]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частной охранной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имеющее лицензию на осуществление частной охранной деятельности,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лицензии]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дата предоставления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 по заданию Заказчика оказывать следующие охранные услуги, а Заказчик обязуется оплачивать их: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охрана принадлежащего Заказчику объекта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объекта, например: здание склада с прилегающей территорией]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Объект), а также находящегося на Объекте имущества Заказчика;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обеспечение внутриобъектового и пропускного режимов на Объекте.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Содержание охранных услуг: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несение службы на постах, перечень, режим работы и численность которых определены в Приложении № 1 к Договору;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доступа на Объект работников Заказчика, посетителей и транспорта по пропускам и спискам, утверждённым Заказчиком;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ввоза и вывоза, вноса и выноса материальных ценностей по материальным пропускам Заказчика;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обход и осмотр Объекта, в том числе периметра и запирающих устройств, не реже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 за смену;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пресечение противоправных посягательств на Объект и имущество Заказчика, вызов полиции и иных экстренных служб, информирование ответственного лица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Порядок несения службы на Объекте определяется инструкцией охранника на Объекте, которую разрабатывает Исполнитель и согласовывает с Заказчиком в течение 5 рабочих дней с даты подписания Договора (Приложение № 2).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Объект принадлежит Заказчику на праве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права, например: собственности]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реквизиты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Заверенные Заказчиком копии этих документов прилагаются к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оказания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Охранные услуги оказываются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Объект принимается под охрану по акту приёма-передачи, в котором указываются охраняемые помещения и территория, состояние ограждения, запирающих устройств, освещения и технических средств охраны, а также переданные Исполнителю ключи и документация.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оказывать охранные услуги в соответствии с лицензией, Федеральным законом от 30.11.2024 № 427-ФЗ «О частной охранной деятельности» и Договором;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в течение пяти рабочих дней со дня заключения Договора заверенную копию Договора в территориальный орган Росгвардии по месту нахождения Объекта и уведомить его о начале и об окончании оказания охранных услуг в установленном порядке;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допускать к несению службы только частных охранников, имеющих удостоверение частного охранника и личную карточку работника частной охранной организации, в форменной одежде с обозначением принадлежности к Исполнителю;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журнал приёма и сдачи дежурства и журнал учёта посетителей и транспорта;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немедленно сообщать ответственному лицу Заказчика о происшествиях на Объекте, а в течение 24 часов — представлять письменный доклад;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разглашать без согласия Заказчика сведения об Объекте, режиме охраны и деятельности Заказчика, ставшие известными при оказании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требовать от лиц, находящихся на Объекте, соблюдения внутриобъектового и пропускного режимов и не допускать на Объект лиц, нарушающих эти режимы.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утвердить и передать Исполнителю положение о внутриобъектовом и пропускном режимах, списки лиц и транспорта, имеющих право доступа, образцы пропусков;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разместить при входе на Объект хорошо видимую в дневное и ночное время информацию о том, что Объект охраняется, о ведении видеонаблюдения и об условиях пропускного режима;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охранников помещением для несения службы, освещением, отоплением, связью и доступом к санитарно-бытовым помещениям;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поддерживать в исправном состоянии ограждение, запирающие устройства, освещение и технические средства охраны Объекта, устранять выявленные Исполнителем недостатки, влияющие на охрану;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ответственное лицо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уполномоченное взаимодействовать с Исполнителем;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оплачивать услуги.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Стоимость услуг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охранных услуг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определена исходя из стоимости одного часа работы одного поста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Изменение количества постов или режима их работы оформляется дополнительным соглашением. Стоимость услуг пересчитывается исходя из стоимости часа работы поста, указанной в пункте 4.1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передаёт Заказчику акт об оказании охранных услуг и счёт. Заказчик в течение 5 рабочих дней подписывает акт или направляет мотивированный отказ.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оплачивает услуги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акта. Если пост не был выставлен по вине Исполнителя, стоимость услуг уменьшается пропорционально количеству часов отсутствия поста.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 и порядок возмещения ущерба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возмещает Заказчику ущерб, причинённый кражей, грабежом, разбоем, уничтожением или повреждением имущества на Объекте третьими лицами, если ущерб возник вследствие ненадлежащего исполнения Исполнителем обязательств по Договору, в размере реального ущерба.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Ущерб, причинённый Заказчику работниками Исполнителя, возмещается Исполнителем в полном объёме.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Факт причинения ущерба и его размер подтверждаются актом, составленным представителями Сторон, документами о стоимости имущества и материалами проверки правоохранительных органов. Заказчик обязан незамедлительно сообщить о происшествии в полицию и Исполнителю и обеспечить неприкосновенность места происшествия до прибытия полиции.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возмещает ущерб в течение 30 календарных дней с даты получения требования Заказчика с приложением документов, указанных в пункте 5.3 Договора. Если похищенное имущество возвращено Заказчику, сумма возмещения уменьшается на его стоимость.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надлежащем исполнении Исполнителем обязательств по Договору его ответственность за ущерб, причинённый противоправными действиями третьих лиц, ограничена суммой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по каждому случаю.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не отвечает за ущерб, возникший вследствие невыполнения Заказчиком обязанностей, предусмотренных пунктом 3.3 Договора, если Исполнитель письменно сообщал Заказчику о выявленных недостатках.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 Заказчик уплачивает неустойку в размере 0,1 % от просроченной суммы за каждый день просрочки, но не более 10 % от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невыставление поста или оставление поста охранником Исполнитель уплачивает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случай.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за 30 календарных дней до окончания срока не заявит о прекращении Договора, он считается продлённым на каждый следующий календарный год на тех же условиях.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Договора, письменно уведомив Исполнителя не менее чем за 30 календарных дней и оплатив услуги, оказанные до даты прекращения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Договора, письменно уведомив Заказчика не менее чем за 60 календарных дней и возместив Заказчику убытки, причинённые отказом.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прекращается, если действие лицензии Исполнителя приостановлено или лицензия аннулирована. Исполнитель обязан сообщить об этом Заказчику в течение одного рабочего дня.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в претензионном порядке. Срок ответа на претензию — 10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Новосибирской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и акты об оказании охранных услуг хранятся Сторонами в течение пяти лет со дня окончания оказания охранных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Перечень постов и режим охраны;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 — Инструкция охранника на Объекте;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заверенные копии документов, подтверждающих право Заказчика на Объект.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Лицензия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 дежурной части: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на оказание охранных услуг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Перечень постов и режим охраны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объекта по адресу: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[адрес объекта]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515"/>
        <w:gridCol w:w="2946"/>
        <w:gridCol w:w="2946"/>
        <w:gridCol w:w="2946"/>
      </w:tblGrid>
      <w:tr>
        <w:trPr>
          <w:cantSplit/>
        </w:trPr>
        <w:tc>
          <w:tcPr>
            <w:tcW w:type="dxa" w:w="5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9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Место поста</w:t>
            </w:r>
          </w:p>
        </w:tc>
        <w:tc>
          <w:tcPr>
            <w:tcW w:type="dxa" w:w="29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Режим работы и состав</w:t>
            </w:r>
          </w:p>
        </w:tc>
        <w:tc>
          <w:tcPr>
            <w:tcW w:type="dxa" w:w="29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Основные задачи</w:t>
            </w:r>
          </w:p>
        </w:tc>
      </w:tr>
      <w:tr>
        <w:trPr>
          <w:cantSplit/>
        </w:trPr>
        <w:tc>
          <w:tcPr>
            <w:tcW w:type="dxa" w:w="5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9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КПП, въездные ворота]</w:t>
            </w:r>
          </w:p>
        </w:tc>
        <w:tc>
          <w:tcPr>
            <w:tcW w:type="dxa" w:w="29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Круглосуточно, 1 охранник</w:t>
            </w:r>
          </w:p>
        </w:tc>
        <w:tc>
          <w:tcPr>
            <w:tcW w:type="dxa" w:w="29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Пропускной режим для людей и транспорта, контроль вывоза материальных ценностей</w:t>
            </w:r>
          </w:p>
        </w:tc>
      </w:tr>
      <w:tr>
        <w:trPr>
          <w:cantSplit/>
        </w:trPr>
        <w:tc>
          <w:tcPr>
            <w:tcW w:type="dxa" w:w="51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9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проходная административного здания]</w:t>
            </w:r>
          </w:p>
        </w:tc>
        <w:tc>
          <w:tcPr>
            <w:tcW w:type="dxa" w:w="29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ежедневно с 8:00 до 20:00]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1 охранник</w:t>
            </w:r>
          </w:p>
        </w:tc>
        <w:tc>
          <w:tcPr>
            <w:tcW w:type="dxa" w:w="29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Пропускной режим, учёт посетителей, выдача ключей от помещений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Средства связи и тревожная кнопка: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Специальные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специальных средств]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Оружие при оказании услуг не используется.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охранных услуг с частной охранной организацией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