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оказания транспортных услуг по перевозке грузов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 или ИП Фамилия Имя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(ОГРН/ОГРНИП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 о полномочиях: устав, доверенность № и 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именуемое в дальнейшем «Заказчик»,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 или ИП Фамилия Имя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(ОГРН/ОГРНИП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 о полномочиях: устав, доверенность № и 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именуемое в дальнейшем «Исполнитель» (Перевозчик),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вместе именуемые «Стороны»,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обязуется по заявкам Заказчика доставлять вверенные ему грузы автомобильным транспортом в пункты назначения и выдавать их грузополучателям, а Заказчик обязуется оплачивать перевозку в размере и порядке, установленных договором.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Перевозки выполняются по маршрутам на территории Российской Федерации собственными или арендованными транспортными средствами Исполнителя, управляемыми его водителями.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является договором перевозки груза. К отношениям Сторон применяются глава 40 Гражданского кодекса РФ, Федеральный закон от 08.11.2007 № 259-ФЗ «Устав автомобильного транспорта и городского наземного электрического транспорта» (далее — Устав) и Правила перевозок грузов автомобильным транспортом, утверждённые постановлением Правительства РФ от 21.12.2020 № 2200.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Порядок подачи и исполнения заявок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Заказчик направляет Исполнителю заявку по форме Приложения № 1 не позднее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часов до времени подачи транспортного средства. Заявка направляется по электронной почте или через систему электронного документооборота по адресам, указанным в разделе 11.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заявке указываются: наименование, вес, объём и количество мест груза, вид упаковки, адреса и время погрузки и выгрузки, грузоотправитель и грузополучатель, требуемый тип и грузоподъёмность транспортного средства, стоимость перевозки, особые условия (температурный режим, объявленная ценность и т. п.).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Исполнитель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часов с момента получения заявки подтверждает её либо сообщает об отказе. Подтверждённая заявка становится неотъемлемой частью договора и обязательна для обеих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Перевозка каждой партии груза оформляется транспортной накладной, которая составляется в электронной форме в соответствии со статьями 8 и 18.1 Устава. Стороны подписывают свои разделы транспортной накладной усиленной электронной подписью уполномоченных лиц.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Права и обязанности Исполнителя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подавать под погрузку исправное транспортное средство, пригодное для перевозки данного груза, в место и время, указанные в заявке;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обеспечить водителя документами, необходимыми для перевозки, и проверить соответствие груза сведениям транспортной накладной при его приёме;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доставить груз в пункт назначения в срок, указанный в заявке, и выдать его грузополучателю;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обеспечить сохранность груза с момента принятия к перевозке до выдачи грузополучателю;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незамедлительно сообщать Заказчику о задержке в пути, повреждении груза, аварии и иных обстоятельствах, препятствующих перевозке;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вносить в транспортную накладную отметки о фактическом времени прибытия и убытия транспортного средства.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вправе отказаться от приёма груза, если его упаковка не обеспечивает сохранность при перевозке, если груз не соответствует заявке или не оформлены сопроводительные документы.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вправе привлекать к исполнению договора третьих лиц, оставаясь ответственным перед Заказчиком за их действия как за свои собственные.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Права и обязанности Заказчика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своевременно подавать заявки и предъявлять груз к перевозке в согласованное время;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передавать груз в упаковке, обеспечивающей его сохранность, с маркировкой и сопроводительными документами;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обеспечить погрузку груза и его выгрузку грузополучателем в сроки, установленные пунктом 4.2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оплачивать услуги Исполнителя в порядке, установленном разделом 5.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Погрузка и выгрузка выполняются силами грузоотправителя и грузополучателя. Нормативное время на погрузку и на выгрузку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часа на каждую операцию с момента прибытия транспортного средства. Простой сверх этого времени оплачивается в соответствии с пунктом 5.3.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Стоимость услуг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Стоимость перевозки (провозная плата) согласовывается Сторонами в каждой заявке. Цена включает расходы Исполнителя на топливо, оплату платных дорог, работу водителя и содержание транспортного средства.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Заказчик оплачивает перевозку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получения счёта и подписанного Сторонами акта оказанных услуг путём перечисления денежных средств на расчётный счёт Исполнителя.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Сверхнормативный простой транспортного средства под погрузкой или выгрузкой по вине Заказчика или грузополучателя оплачивается из расчёта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за каждый полный час простоя на основании отметок в транспортной накладной.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НДС: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[ставка НДС или основание, по которому Исполнитель не уплачивает НДС]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Исполнитель ежемесячно,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числа месяца, следующего за отчётным, направляет Заказчику акт оказанных услуг. Заказчик в течение 5 (пяти) рабочих дней подписывает акт либо направляет мотивированный отказ. Если в этот срок ни подписанный акт, ни отказ не поступили, услуги считаются принятыми.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несёт ответственность за утрату, недостачу или повреждение (порчу) груза после принятия его к перевозке и до выдачи грузополучателю, если не докажет, что это произошло вследствие обстоятельств, которые он не мог предотвратить и устранение которых от него не зависело (статья 796 Гражданского кодекса РФ). Ущерб возмещается: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утрате или недостаче груза — в размере стоимости утраченного или недостающего груза, а при объявленной ценности — в размере объявленной ценности или её части;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повреждении (порче) груза — в размере суммы, на которую понизилась его стоимость, а при невозможности восстановления — в размере его стоимости.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Стоимость груза определяется по цене, указанной в счёте продавца или договоре, а при её отсутствии — по цене, которая при сравнимых обстоятельствах обычно взимается за аналогичный товар.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просрочку доставки груза Исполнитель уплачивает штраф в размере 9 (девяти) процентов провозной платы за каждые сутки просрочки, но не более размера провозной платы (часть 11 статьи 34 Устава).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невывоз груза по подтверждённой заявке по вине Исполнителя он уплачивает штраф в размере 20 (двадцати) процентов провозной платы (часть 1 статьи 34 Устава).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непредъявление груза для перевозки по подтверждённой заявке Заказчик уплачивает штраф в размере 20 (двадцати) процентов провозной платы.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Уплата штрафов не освобождает Стороны от исполнения обязательств по договору.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Претензии и разрешение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 предъявления к Исполнителю иска, вытекающего из перевозки груза, Заказчик обязан направить ему претензию (статья 797 Гражданского кодекса РФ). К претензии прилагаются документы, подтверждающие право на её предъявление, размер требований, а также транспортная накладная и акт о повреждении или недостаче груза, если он составлялся.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рассматривает претензию и письменно уведомляет Заказчика о результатах в течение 30 (тридцати) дней со дня её получения.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Споры, не урегулированные в претензионном порядке, рассматриваются Арбитражным судом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 по месту нахождения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Обстоятельства непреодолимой силы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освобождаются от ответственности за неисполнение обязательств, если оно вызвано обстоятельствами непреодолимой силы: стихийными бедствиями, закрытием дорог по решению органов власти, военными действиями и иными чрезвычайными и непредотвратимыми обстоятельствами.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Сторона, для которой создалась невозможность исполнения, извещает другую Сторону о наступлении таких обстоятельств в течение 3 (трёх) рабочих дней.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Срок действия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Договор вступает в силу с даты подписания и действует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Если ни одна из Сторон за 30 (тридцать) дней до окончания срока не заявит о его прекращении, договор считается продлённым на каждый следующий календарный год.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Каждая Сторона вправе отказаться от договора, письменно уведомив другую Сторону не позднее чем за 30 (тридцать) дней. Обязательства по уже подтверждённым заявкам исполняются в полном объёме.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10.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Документы, переданные по адресам электронной почты из раздела 11 или через систему электронного документооборота, имеют юридическую силу. Оригиналы актов и счетов направляются по требованию Стороны.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Изменения и дополнения к договору действительны, если они совершены в письменной форме и подписаны обеими Сторонами.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Приложение: № 1 — форма заявки на перевозку груза.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11. Адреса,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ОГРН/ОГРНИП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[корр. счёт]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ОГРН/ОГРНИП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счёта]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банка]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[корр. счёт]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</w:tr>
    </w:tbl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 № 1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Заявка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на перевозку груза от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г.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Параметр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Наименование груза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Вес, объём, количество мест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[кг, куб. м, мест]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Упаковка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[вид упаковки]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Объявленная ценность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руб.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Грузоотправитель, адрес и время погрузки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[наименование, адрес, дата и время]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Грузополучатель, адрес и время выгрузки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[наименование, адрес, дата и время]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Тип и грузоподъёмность ТС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[например, тент 20 т]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Особые условия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[температурный режим, крепление и т. п.]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Стоимость перевозки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руб.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Данные ТС и водителя (заполняет Исполнитель)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[марка, госномер, ФИО водителя, телефон]</w:t>
            </w:r>
          </w:p>
        </w:tc>
      </w:tr>
    </w:tbl>
    <w:p>
      <w:pPr>
        <w:spacing w:before="0" w:after="80" w:line="276" w:lineRule="auto"/>
        <w:jc w:val="both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транспортных услуг по перевозке грузов автомобильным транспортом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