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оказании образовательных услуг (индивидуальные занятия с репетитором)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применяющий(ая) специальный налоговый режим «Налог на профессиональный доход»,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«Исполнитель»,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действующий(ая) как законный представитель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(далее — Обучающийся), именуемый(ая) в дальнейшем «Заказчик»,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провести с Обучающимся индивидуальные занятия по предмету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с целью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обучения, например: подготовка к ОГЭ по математике]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Заказчик обязуется оплатить эти занятия.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Занятия проводятся в индивидуальной форме. Место проведения: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название онлайн-платформы]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Продолжительность одного занятия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минут. Занятия проводятся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в неделю по расписанию, согласованному Сторонами в переписке по контактам из раздела 10.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Ориентировочный период обучения: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составляет план занятий исходя из уровня знаний Обучающегося, который определяется на первом занятии.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об Исполнителе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подписания договора Исполнитель сообщил Заказчику сведения о себе: образование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образования, учебное заведение, 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общий стаж педагогической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лет; стаж индивидуальных занятий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проводит занятия лично, без привлечения других педагогов. Лицензия на образовательную деятельность в этом случае не требуется.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проводить занятия в согласованное время и в полном объёме;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подбирать учебные материалы и задания, соответствующие цели обучения;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информировать Заказчика об успеваемости Обучающегося не реже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[периодичность]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уважать честь и достоинство Обучающегося, обеспечивать безопасность занятий;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выдавать Заказчику чек, сформированный в приложении «Мой налог», на каждую полученную оплату.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самостоятельно определять методику и порядок проведения занятий.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оплачивать занятия;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присутствие Обучающегося на занятиях в назначенное время, а при онлайн-занятиях — исправное устройство и доступ в интернет;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выполнение Обучающимся домашних заданий;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заранее сообщать Исполнителю о невозможности присутствовать на занятии.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получать от Исполнителя информацию о ходе обучения и рекомендации по дальнейшей подготовке.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Перенос и отмена занятий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Сторона, которая не может провести или посетить занятие, сообщает об этом другой Стороне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до его начала. В этом случае занятие переносится на другое согласованное время без дополнительной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Заказчик сообщил об отмене позднее срока, указанного в пункте 4.1, или Обучающийся не явился на занятие без предупреждения, занятие считается проведённым и оплачивается.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занятие отменено по инициативе Исполнителя, он проводит его в другое согласованное время, а при невозможности переноса возвращает уплаченную за занятие сумму в течение 10 (десяти)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Опоздание Обучающегося не продлевает время занятия. Опоздание Исполнителя компенсируется продлением занятия или следующего занятия на соответствующее время.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Стоимость услуг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одного занятия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НДС не облагается.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оплачивает занятия авансом за каждые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занятий не позднее дня проведения первого из них путём перевода на банковский счёт Исполнителя, указанный в разделе 10, или наличными.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изменить стоимость занятий, предупредив Заказчика не позднее чем за 30 (тридцать) дней. Стоимость уже оплаченных занятий не изменяется.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вправе ежемесячно подписывать акт об оказанных услугах. Если в течение 3 (трёх) дней после проведения занятия Заказчик не заявил письменных возражений, занятие считается проведённым надлежащим образом.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ответственность за неисполнение или ненадлежащее исполнение обязательств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гарантирует конкретный результат экзаменов и олимпиад, поскольку он зависит также от усилий Обучающегося. Исполнитель отвечает за качество и полноту проведения занятий.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занятие проведено ненадлежащим образом, Заказчик вправе потребовать бесплатного повторного занятия или уменьшения его стоимости.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 в части расчётов — до полного их завершения.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отказаться от договора, уведомив Исполнителя письменно или сообщением по контактам из раздела 10. Исполнитель возвращает аванс за непроведённые занятия в течение 10 (десяти) дней со дня получения уведомления.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договора, предупредив Заказчика не позднее чем за 14 (четырнадцать) дней, и вернуть аванс за непроведённые занятия.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Персональные данные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даёт согласие на обработку Исполнителем своих персональных данных и персональных данных Обучающегося (ФИО, контактные данные, сведения об успеваемости) исключительно для исполнения настоящего договора. Исполнитель не передаёт эти данные третьим лицам и не публикует результаты Обучающегося без письменного согласия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Сторон, направленные по телефону, электронной почте и в мессенджере по контактам из раздела 10, признаются надлежащими уведомлениями.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Сохраняйте чеки из приложения «Мой налог» за каждую оплату: они подтверждают внесённые суммы, если придётся требовать возврат аванса за непроведённые занятия.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репетитором (самозанятым) на индивидуальные занятия с ребёнком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