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фотосъёмку с отчуждением исключительного права на фотографии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применяющий(ая) специальный налоговый режим «Налог на профессиональный доход»,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«Фотограф»,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именуемый(ая) в дальнейшем «Заказчик»,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«Стороны», заключили настоящий договор авторского заказа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 обязуется по заказу Заказчика провести фотосъёмку, создать и передать Заказчику фотографические произведения (далее — Фотографии), а также передать Заказчику исключительное право на Фотографии в полном объёме. Заказчик обязуется принять Фотографии и оплатить работу Фотографа и вознаграждение за отчуждение исключительного права.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Условия съёмки: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вид съёмки: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[например: свадебная съёмка, семейная фотосессия, предметная съёмка товаров]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время: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место: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описание локаций]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количество обработанных Фотографий, передаваемых Заказчику: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штук, из них с детальной ретушью: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штук.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является договором авторского заказа с условием об отчуждении исключительного права (статьи 1234 и 1288 Гражданского кодекса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 проводит съёмку в дату и время, указанные в пункте 1.2.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 передаёт Заказчику обработанные Фотографии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съёмки.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Съёмка приурочена к событию, которое не может быть перенесено. Если Фотограф не явился на съёмку или опоздал более чем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минут без согласия Заказчика, Заказчик утрачивает интерес к договору и вправе отказаться от него сразу (пункт 3 статьи 1289 Гражданского кодекса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 к Фотографиям и порядок передачи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передаются в цифровом виде в формате JPEG с разрешением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мегапикселей по длинной стороне, с цветокоррекцией. Передача производится по ссылке на облачное хранилище, направленной на электронную почту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Отбор кадров для обработки производит Фотограф с учётом пожеланий Заказчика. Исходные файлы (RAW) и не вошедшие в отбор кадры Заказчику не передаются. Фотограф не использует их и удаляет через 30 (тридцать) дней после подписания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Передача Фотографий оформляется актом приёма-передачи по форме Приложения № 1. Заказчик в течение 3 (трёх) рабочих дней после получения ссылки подписывает акт или направляет замечания. Фотограф один раз бесплатно устраняет обоснованные замечания по обработке в течение 5 (пяти)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Исключительное право и личные права автора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Исключительное право на Фотографии переходит от Фотографа к Заказчику в полном объёме с момента подписания акта приёма-передачи. С этого момента Заказчик вправе использовать Фотографии любыми способами, предусмотренными статьёй 1270 Гражданского кодекса РФ, без ограничения территории и срока, в том числе публиковать, тиражировать, перерабатывать и размещать в интернете.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 даёт согласие на использование Фотографий без указания своего имени, а также на их кадрирование, ретушь, внесение изменений, сокращений и дополнений (пункт 1 статьи 1266 Гражданского кодекса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перехода исключительного права Фотограф не вправе использовать Фотографии, в том числе в портфолио и социальных сетях, без письменного согласия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 гарантирует, что Фотографии созданы им лично и при их передаче права третьих лиц не нарушаются.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Цена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Общая цена договора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том числе: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за проведение съёмки и обработку Фотографий: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вознаграждение за отчуждение исключительного права на Фотографии: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вносит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день подписания договора. Оставшуюся сумму Заказчик оплачивает в день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переводом на банковский счёт Фотографа, указанный в разделе 9. Фотограф передаёт Заказчику чек, сформированный в приложении «Мой налог», на каждую полученную сумму.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на аренду студии, услуги визажиста и дорогу к месту съёмки за пределами города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цену не входят и оплачиваются Заказчиком отдельно по согласованию.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и отказ от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Фотограф не провёл съёмку или не передал Фотографии в срок, он возвращает аванс в течение 10 (десяти) дней со дня получения требования Заказчика и возмещает причинённый реальный ущерб.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 до дня съёмки, письменно уведомив Фотографа. В этом случае Фотограф возвращает аванс за вычетом фактически понесённых и подтверждённых документами расходов в течение 10 (десяти)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съёмка не состоялась из-за болезни Фотографа или иных уважительных причин, Фотограф по выбору Заказчика либо обеспечивает замену фотографом не ниже его квалификации, либо возвращает аванс в полном объёме.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 вследствие обстоятельств непреодолимой силы.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Персональные данные и изображения людей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даёт согласие на обработку своих персональных данных в объёме, необходимом для исполнения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сообщает гостям и другим лицам, которые будут сниматься, о проведении фотосъёмки. Фотограф не публикует и не передаёт третьим лицам изображения людей, попавших в кадр, без их согласия.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 Сторон по электронной почте и в мессенджере по контактам из раздела 9 признаются надлежащими уведомлениями.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— в суде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 Приложение № 1 — форма акта приёма-передачи Фотографий.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Фотограф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Счёт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приёма-передачи фотографий и исключительного права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передал, а Заказчик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принял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обработанных Фотографий, созданных при съёмке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съёмки]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 соответствии с договором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Фотографии переданы по ссылке: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ссылки]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момента подписания настоящего акта исключительное право на переданные Фотографии в полном объёме перешло к Заказчику.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Фотографии соответствуют условиям договора. Претензий по количеству и качеству Заказчик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работ и вознаграждение за отчуждение исключительного права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из них оплачено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к доплате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Фотограф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фотосъёмку с отчуждением исключительного права (договор авторского заказа)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