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возмездного оказания услуг по присмотру и уходу за ребёнком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Заказчик),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по заданию Заказчика оказывает услуги по присмотру и уходу за ребёнком Заказчика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(далее — Ребёнок), а Заказчик принимает и оплачивает эти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включают: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присмотр за Ребёнком и обеспечение его безопасности;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кормление по режиму и меню, согласованным с Заказчиком;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прогулки на улице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[район или адрес места прогулок]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гигиенические процедуры, смену одежды и подготовку ко сну;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развивающие игры, чтение, занятия по возрасту;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сопровождение Ребёнка в детский сад, на занятия и обратно по просьбе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оказания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Сведения о здоровье, режиме и привычках Ребёнка, а также контакты для экстренной связи указаны в Приложении № 1, которое является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лично. Передавать присмотр за Ребёнком другим лицам, кроме Заказчика и лиц, указанных в Приложении № 1, Исполнитель не вправе.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Дни и время оказания услуг Стороны согласуют заранее,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дня, в переписке по телефону или в мессенджере по номерам, указанным в разделе 9 договора. Ориентировочный объём услуг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в неделю.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Время оказания услуг считается с момента прихода Исполнителя по месту оказания услуг до момента передачи Ребёнка Заказчику или указанному им лицу.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оставлять Ребёнка одного и без присмотра ни дома, ни на улице;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давать Ребёнку лекарства без указания Заказчика или врача;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приводить посторонних лиц и не допускать их в квартиру без согласия Заказчика;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курить в присутствии Ребёнка, не находиться при исполнении договора в состоянии алкогольного или иного опьянения;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применять к Ребёнку физических наказаний, не кричать на него и не унижать;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ухудшении самочувствия Ребёнка, травме или иной чрезвычайной ситуации немедленно сообщить Заказчику, а при необходимости — вызвать скорую помощь по номеру 103 или 112;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публиковать фото и видео Ребёнка, не передавать третьим лицам сведения о семье Заказчика, ставшие известными в связи с исполнением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Исполнителю сведения о здоровье Ребёнка, аллергиях и особенностях поведения и своевременно сообщать об их изменении;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Ребёнка питанием, одеждой, игрушками и всем необходимым для ухода;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Исполнителю ключи от квартиры на время действия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 оплатить оказанные услуги в порядке и сроки, установленные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по своему усмотрению выбирать способы присмотра, игры и занятия с Ребёнком, если они безопасны и не противоречат указаниям Заказчика о режиме, питании и здоровье Ребёнка.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за один час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оказания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Исполнитель по просьбе Заказчика остаётся с Ребёнком после 21:00 или оказывает услуги в выходной или праздничный день, который заранее не согласовывался, час услуг оплачивается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 часов за неделю Стороны подтверждают в переписке не позднее понедельника следующей недели. Оплата производится еженедельно,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такого подтверждения, переводом на банковскую карту Исполнителя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наличными под расписку.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Заказчик отменяет согласованное время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до его начала, он оплачивает Исполнителю 2 (два) часа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самостоятельно исполняет обязанности по уплате налогов со своих доходов по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Подтверждение Сторонами количества часов в порядке пункта 3.3 договора и оплата этих часов означают, что услуги за соответствующую неделю приняты Заказчиком без претензий.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требованию любой из Сторон по итогам месяца подписывается акт об оказанных услугах с указанием количества часов и суммы.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ответственность за неисполнение или ненадлежащее исполнение договора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реальный ущерб, причинённый имуществу Заказчика по вине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оплаты Заказчик по требованию Исполнителя уплачивает проценты в размере, предусмотренном статьёй 395 Гражданского кодекса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момента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не заявит о прекращении договора за 7 (семь) дней до окончания срока, он считается продлённым на тот же срок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из Сторон вправе отказаться от договора, предупредив другую Сторону не позднее чем за 7 (семь) дней. При этом Заказчик оплачивает услуги, фактически оказанные до дня прекращения договора (статья 782 Гражданского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 без предупреждения, если Исполнитель нарушил обязанности, предусмотренные пунктом 2.3 договора. В этом случае оплачиваются только фактически оказанные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Исполнитель в день прекращения возвращает Заказчику ключи от квартиры и иное переданное ему имущество.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Персональные данные и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обмениваются персональными данными, в том числе сведениями о здоровье Ребёнка, только для исполнения договора. Исполнитель не вправе использовать их в других целях и раскрывать третьим лицам, кроме медицинских работников при оказании Ребёнку медицинской помощи.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сохранять конфиденциальность действует в течение 3 (трёх) лет после прекращения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Стороны решают путём переговоров, а при недостижении согласия — в суде по месту жительства ответчика.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направленные Сторонами друг другу по номерам телефонов и в мессенджерах, указанных в разделе 9 договора, считаются полученными и имеют юридическое значение для исполнения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к договору действительны, если они оформлены письменно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«Сведения о ребёнке и контакты для экстренной связи».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Мессенджер: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 и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Мессенджер: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Карта для оплаты: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 для перевода]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ребёнке и контакты для экстренной связи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Заполняет 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 и дата рождения ребёнка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дата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Хронические заболевания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 или «нет»]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Аллергии (продукты, лекарства, пыльца)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 или «нет»]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Запрещённые продукты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Лекарства и как их давать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[название, дозировка,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Режим дня (сон, еда, прогулки)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Детский сад, кружки, адреса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Детская поликлиника, полис ОМС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[адрес, номер полиса]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Кому можно передать ребёнка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кем приходится, 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Экстренные контакты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телефон]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Заполните приложение до первого дня работы няни и обновляйте его, когда меняются лекарства, режим или круг людей, которым можно отдать ребёнка.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няней на оказание услуг по присмотру и уходу за ребёнком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