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возмездного оказания услуг по уходу с проживанием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зарегистрирован(а)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Заказчик),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зарегистрирован(а)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Исполнитель),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именуемые Стороны,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по заданию Заказчика оказывает услуги по уходу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приходящимся Заказчику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Подопечный), а Заказчик оплачивает эти услуги.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заключён в пользу третьего лица — Подопечного (статья 430 Гражданского кодекса РФ). Подопечный вправе требовать от Исполнителя надлежащего оказания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Услуги оказываются по месту жительства Подопечного: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квартиры или дома]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Квартира), с проживанием Исполнителя в Квартире.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оказывает услуги лично. Сведения о состоянии здоровья Подопечного, назначениях врача и контакты для экстренной связи указаны в Приложении № 1.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Состав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оказывает следующие услуги: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помощь Подопечному при вставании, передвижении, пересаживании, смене положения в постели;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гигиенический уход: умывание, обтирание, помощь при купании, смена подгузников и постельного белья, профилактика пролежней;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приготовление пищи по рекомендациям врача и кормление Подопечного;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приём лекарств Подопечным строго по назначениям врача, указанным в Приложении № 1;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измерение давления, пульса, температуры и запись показателей в дневник наблюдения;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прогулки с Подопечным, если это позволяет состояние его здоровья;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уборка комнаты Подопечного, стирка и глажка его белья и одежды;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покупка продуктов, лекарств и средств ухода за счёт Заказчика;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сопровождение Подопечного в поликлинику и встреча врача на дому.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не оказывает медицинскую помощь, не выполняет инъекции, капельницы и другие медицинские вмешательства и не меняет назначенное врачом лечение.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резком ухудшении состояния Подопечного Исполнитель немедленно вызывает скорую помощь по номеру 103 или 112 и сообщает об этом Заказчику.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Проживание исполнителя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время действия договора Заказчик предоставляет Исполнителю для проживания отдельную комнату (место) в Квартире безвозмездно. Проживание не создаёт у Исполнителя права пользования Квартирой после прекращения договора и не является основанием для регистрации по месту жительства или пребывания.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обеспечивает Исполнителя питанием наравне с Подопечным или компенсирует его стоимость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в месяц.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Исполнителю предоставляется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для отдыха в месяц. Дни отдыха Стороны согласуют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дня. На время отсутствия Исполнителя уход за Подопечным организует Заказчик.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Ключи от Квартиры передаются Исполнителю при подписании договора и возвращаются в день его прекращения.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оказывать услуги бережно, уважительно к Подопечному, без грубости и физического принуждения;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ежедневно вести дневник наблюдения (давление, температура, приём лекарств, питание, самочувствие) и по запросу Заказчика направлять его фото;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приводить в Квартиру посторонних лиц;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находиться при исполнении договора в состоянии алкогольного или иного опьянения;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принимать от Подопечного деньги, вещи и иное имущество в дар, не брать у него в долг, не подписывать от его имени никаких документов;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расходовать деньги Заказчика только на нужды Подопечного и отчитываться чеками;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сохранять в тайне сведения о здоровье Подопечного и о семье Заказчика.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Исполнителю достоверные сведения о здоровье Подопечного и назначениях врача, своевременно сообщать об их изменении;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обеспечивать Подопечного лекарствами, средствами ухода и продуктами;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оплачивать услуги.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Стоимость услуг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услуг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 в месяц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Оплата производится два раза в месяц равными частями —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текущего месяца — переводом на банковскую карту Исполнителя по номеру телефона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наличными под расписку.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договор действует неполный месяц, стоимость услуг определяется пропорционально числу дней, в которые услуги фактически оказывались.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Деньги на покупки для Подопечного Заказчик передаёт отдельно. Отчёт о расходах с чеками Исполнитель передаёт Заказчику еженедельно.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самостоятельно исполняет обязанности по уплате налогов со своих доходов по договору.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Приёмка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Ежемесячно,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следующего месяца, Стороны подписывают акт об оказанных услугах. Если в течение 3 (трёх) дней Заказчик не заявил письменных замечаний, услуги считаются принятыми.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несут ответственность за неисполнение или ненадлежащее исполнение договора в соответствии с законодательством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возмещает реальный ущерб, причинённый Подопечному, Заказчику или их имуществу по вине Исполнителя.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просрочку оплаты Заказчик по требованию Исполнителя уплачивает проценты в размере, предусмотренном статьёй 395 Гражданского кодекса РФ.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Срок действия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вступает в силу с момента подписания и действует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Если ни одна из Сторон не заявит о его прекращении за 14 (четырнадцать) дней до окончания срока, договор считается продлённым на тот же срок.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отказаться от договора, предупредив Исполнителя не позднее чем за 7 (семь) дней и оплатив фактически оказанные услуги (статья 782 Гражданского кодекса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отказаться от договора, предупредив Заказчика не позднее чем за 14 (четырнадцать) дней, чтобы Заказчик успел найти замену.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отказаться от договора без предупреждения, если Исполнитель нарушил обязанности, указанные в пунктах 2.2 и 4.1 договора. Оплачиваются только фактически оказанные услуги.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случае смерти Подопечного договор прекращается. Услуги оплачиваются по день прекращения договора, Исполнитель освобождает Квартиру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Стороны решают путём переговоров, а при недостижении согласия — в суде по месту жительства ответчика.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Сообщения, направленные Сторонами по номерам телефонов и в мессенджерах, указанных в разделе 10, имеют юридическое значение для исполнения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Приложение: Приложение № 1 «Сведения о Подопечном и назначения врача».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Мессенджер: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[название и 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Мессенджер: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[название и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Карта для оплаты: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 для перевода]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условиями договора ознакомлен(а), против оказания мне услуг Исполнителем не возражаю: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Подопечного]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Подпись Подопечного не обязательна, но желательна, если он в состоянии понимать значение своих действий: она снимает вопросы о его согласии на уход и проживание постороннего человека в квартире.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1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Сведения о Подопечном и назначения врача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Заполняет Заказчик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ФИО и дата рождения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[ФИО, дата рождения]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Диагнозы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[перечень]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Подвижность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[как передвигается, нужна ли помощь]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Аллергии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[перечень или «нет»]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Диета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[ограничения в питании]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Лекарства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[название, дозировка, время приёма]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Показатели, о которых сразу сообщать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[например, давление выше 160/100]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Лечащий врач, поликлиника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[ФИО, адрес, телефон]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Полис ОМС, СНИЛС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Экстренные контакты родственников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[ФИО, телефон]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сиделкой по уходу за пожилым или больным человеком с проживанием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