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возврата квартиры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по договору найма жилого помещения 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г.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наймодателя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«Наймодатель»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нанимателя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«Наниматель»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составили настоящий акт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Основание и объект возврата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связи с прекращением договора найма жилого помещения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(далее — Договор)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прекращения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Наниматель возвратил, а Наймодатель принял квартиру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Квартира).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Характеристики Квартиры: количество комнат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общая площадь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этаж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[этаж]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Квартира освобождена Нанимателем и проживавшими с ним лицами.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Состояние Квартиры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совместно осмотрели Квартиру и установили следующее: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720"/>
        <w:gridCol w:w="2043"/>
        <w:gridCol w:w="2473"/>
        <w:gridCol w:w="3118"/>
      </w:tblGrid>
      <w:tr>
        <w:trPr>
          <w:cantSplit/>
        </w:trPr>
        <w:tc>
          <w:tcPr>
            <w:tcW w:type="dxa" w:w="17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Помещение</w:t>
            </w:r>
          </w:p>
        </w:tc>
        <w:tc>
          <w:tcPr>
            <w:tcW w:type="dxa" w:w="204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Стены, пол, потолок</w:t>
            </w:r>
          </w:p>
        </w:tc>
        <w:tc>
          <w:tcPr>
            <w:tcW w:type="dxa" w:w="24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Окна, двери, сантехника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Замечания</w:t>
            </w:r>
          </w:p>
        </w:tc>
      </w:tr>
      <w:tr>
        <w:trPr>
          <w:cantSplit/>
        </w:trPr>
        <w:tc>
          <w:tcPr>
            <w:tcW w:type="dxa" w:w="17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Комната 1</w:t>
            </w:r>
          </w:p>
        </w:tc>
        <w:tc>
          <w:tcPr>
            <w:tcW w:type="dxa" w:w="204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24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 дефектов или «нет»]</w:t>
            </w:r>
          </w:p>
        </w:tc>
      </w:tr>
      <w:tr>
        <w:trPr>
          <w:cantSplit/>
        </w:trPr>
        <w:tc>
          <w:tcPr>
            <w:tcW w:type="dxa" w:w="17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Комната 2</w:t>
            </w:r>
          </w:p>
        </w:tc>
        <w:tc>
          <w:tcPr>
            <w:tcW w:type="dxa" w:w="204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24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 дефектов или «нет»]</w:t>
            </w:r>
          </w:p>
        </w:tc>
      </w:tr>
      <w:tr>
        <w:trPr>
          <w:cantSplit/>
        </w:trPr>
        <w:tc>
          <w:tcPr>
            <w:tcW w:type="dxa" w:w="17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Кухня</w:t>
            </w:r>
          </w:p>
        </w:tc>
        <w:tc>
          <w:tcPr>
            <w:tcW w:type="dxa" w:w="204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24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 дефектов или «нет»]</w:t>
            </w:r>
          </w:p>
        </w:tc>
      </w:tr>
      <w:tr>
        <w:trPr>
          <w:cantSplit/>
        </w:trPr>
        <w:tc>
          <w:tcPr>
            <w:tcW w:type="dxa" w:w="172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Санузел</w:t>
            </w:r>
          </w:p>
        </w:tc>
        <w:tc>
          <w:tcPr>
            <w:tcW w:type="dxa" w:w="204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24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311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 дефектов или «нет»]</w:t>
            </w:r>
          </w:p>
        </w:tc>
      </w:tr>
      <w:tr>
        <w:trPr>
          <w:cantSplit/>
        </w:trPr>
        <w:tc>
          <w:tcPr>
            <w:tcW w:type="dxa" w:w="172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Прихожая, балкон</w:t>
            </w:r>
          </w:p>
        </w:tc>
        <w:tc>
          <w:tcPr>
            <w:tcW w:type="dxa" w:w="204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247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[состояние]</w:t>
            </w:r>
          </w:p>
        </w:tc>
        <w:tc>
          <w:tcPr>
            <w:tcW w:type="dxa" w:w="311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 дефектов или «нет»]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Состояние Квартиры соответствует состоянию на момент её передачи Нанимателю по акту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акта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учётом нормального износа, за исключением замечаний, указанных в таблице.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Описывайте каждый дефект конкретно: что повреждено, где и какого размера. Фраза «претензий нет» при видимых повреждениях лишает собственника права потом требовать их возмещения.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Мебель, техника и иное имущество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Вместе с Квартирой возвращено имущество, переданное Нанимателю по описи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873"/>
        <w:gridCol w:w="3617"/>
        <w:gridCol w:w="1496"/>
        <w:gridCol w:w="3367"/>
      </w:tblGrid>
      <w:tr>
        <w:trPr>
          <w:cantSplit/>
        </w:trPr>
        <w:tc>
          <w:tcPr>
            <w:tcW w:type="dxa" w:w="8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361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</w:t>
            </w:r>
          </w:p>
        </w:tc>
        <w:tc>
          <w:tcPr>
            <w:tcW w:type="dxa" w:w="14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Кол-во</w:t>
            </w:r>
          </w:p>
        </w:tc>
        <w:tc>
          <w:tcPr>
            <w:tcW w:type="dxa" w:w="336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Состояние при возврате</w:t>
            </w:r>
          </w:p>
        </w:tc>
      </w:tr>
      <w:tr>
        <w:trPr>
          <w:cantSplit/>
        </w:trPr>
        <w:tc>
          <w:tcPr>
            <w:tcW w:type="dxa" w:w="8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361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диван-кровать]</w:t>
            </w:r>
          </w:p>
        </w:tc>
        <w:tc>
          <w:tcPr>
            <w:tcW w:type="dxa" w:w="14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</w:p>
        </w:tc>
        <w:tc>
          <w:tcPr>
            <w:tcW w:type="dxa" w:w="336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[исправен, без повреждений]</w:t>
            </w:r>
          </w:p>
        </w:tc>
      </w:tr>
      <w:tr>
        <w:trPr>
          <w:cantSplit/>
        </w:trPr>
        <w:tc>
          <w:tcPr>
            <w:tcW w:type="dxa" w:w="8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361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холодильник]</w:t>
            </w:r>
          </w:p>
        </w:tc>
        <w:tc>
          <w:tcPr>
            <w:tcW w:type="dxa" w:w="14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</w:p>
        </w:tc>
        <w:tc>
          <w:tcPr>
            <w:tcW w:type="dxa" w:w="336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[исправен, без повреждений]</w:t>
            </w:r>
          </w:p>
        </w:tc>
      </w:tr>
      <w:tr>
        <w:trPr>
          <w:cantSplit/>
        </w:trPr>
        <w:tc>
          <w:tcPr>
            <w:tcW w:type="dxa" w:w="87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361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стиральная машина]</w:t>
            </w:r>
          </w:p>
        </w:tc>
        <w:tc>
          <w:tcPr>
            <w:tcW w:type="dxa" w:w="149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</w:p>
        </w:tc>
        <w:tc>
          <w:tcPr>
            <w:tcW w:type="dxa" w:w="336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[исправна, без повреждений]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Отсутствующее или повреждённое имущество: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или «нет»]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Показания приборов учёта и ключи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Показания приборов учёта на дату подписания акта: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274"/>
        <w:gridCol w:w="3508"/>
        <w:gridCol w:w="2572"/>
      </w:tblGrid>
      <w:tr>
        <w:trPr>
          <w:cantSplit/>
        </w:trPr>
        <w:tc>
          <w:tcPr>
            <w:tcW w:type="dxa" w:w="32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Прибор учёта</w:t>
            </w:r>
          </w:p>
        </w:tc>
        <w:tc>
          <w:tcPr>
            <w:tcW w:type="dxa" w:w="35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Заводской номер</w:t>
            </w:r>
          </w:p>
        </w:tc>
        <w:tc>
          <w:tcPr>
            <w:tcW w:type="dxa" w:w="25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Показания</w:t>
            </w:r>
          </w:p>
        </w:tc>
      </w:tr>
      <w:tr>
        <w:trPr>
          <w:cantSplit/>
        </w:trPr>
        <w:tc>
          <w:tcPr>
            <w:tcW w:type="dxa" w:w="32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Электроэнергия</w:t>
            </w:r>
          </w:p>
        </w:tc>
        <w:tc>
          <w:tcPr>
            <w:tcW w:type="dxa" w:w="35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25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[показания]</w:t>
            </w:r>
          </w:p>
        </w:tc>
      </w:tr>
      <w:tr>
        <w:trPr>
          <w:cantSplit/>
        </w:trPr>
        <w:tc>
          <w:tcPr>
            <w:tcW w:type="dxa" w:w="32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Холодная вода</w:t>
            </w:r>
          </w:p>
        </w:tc>
        <w:tc>
          <w:tcPr>
            <w:tcW w:type="dxa" w:w="35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25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[показания]</w:t>
            </w:r>
          </w:p>
        </w:tc>
      </w:tr>
      <w:tr>
        <w:trPr>
          <w:cantSplit/>
        </w:trPr>
        <w:tc>
          <w:tcPr>
            <w:tcW w:type="dxa" w:w="32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Горячая вода</w:t>
            </w:r>
          </w:p>
        </w:tc>
        <w:tc>
          <w:tcPr>
            <w:tcW w:type="dxa" w:w="350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25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[показания]</w:t>
            </w:r>
          </w:p>
        </w:tc>
      </w:tr>
      <w:tr>
        <w:trPr>
          <w:cantSplit/>
        </w:trPr>
        <w:tc>
          <w:tcPr>
            <w:tcW w:type="dxa" w:w="327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Газ</w:t>
            </w:r>
          </w:p>
        </w:tc>
        <w:tc>
          <w:tcPr>
            <w:tcW w:type="dxa" w:w="350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257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[показания]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Наниматель передал Наймодателю ключи от входной двери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шт., ключи от почтового ящика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шт., магнитные ключи и пульты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Расчёты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Плата за наём внесена Нанимателем полностью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Задолженность по плате за наём: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или «отсутствует»]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Коммунальные платежи, которые по Договору оплачивает Наниматель, рассчитываются по показаниям, указанным в пункте 4.1 настоящего акта.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Обеспечительный платёж (залог), внесённый Нанимателем,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рублей. Из него удерживается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удержания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счёт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[основание удержания со ссылкой на пункт акта или «удержаний нет»]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Сумма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к возврату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возвращена Нанимателю при подписании настоящего акта, способ возврата: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[наличными или переводом по номеру телефона, карты]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ageBreakBefore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Квартира и имущество возвращены Наймодателю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Стороны не имеют друг к другу претензий по состоянию Квартиры, имущества и расчётам по Договору, за исключением указанных в настоящем акте.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акту прилагаются фотографии Квартиры и имущества, сделанные при осмотре,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 Акт составлен в двух экземплярах, имеющих одинаковую силу, по одному для каждой из сторон.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Наймодатель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Наниматель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Квартиру и имущество принял(а)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Квартиру и имущество сдал(а), сумму по п. 5.4 получил(а)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квартиры по договору найма жилого помещения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