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договору найма жилого помещения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Опись имущества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передаваемого вместе с квартирой по договору найма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Наймодатель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наймодателя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передал, а Наниматель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нанимателя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принял во временное пользование вместе с квартирой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Квартира) следующее имущество.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Мебель, техника и предметы обихода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82"/>
        <w:gridCol w:w="3897"/>
        <w:gridCol w:w="682"/>
        <w:gridCol w:w="2631"/>
        <w:gridCol w:w="1461"/>
      </w:tblGrid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Наименование, марка, модель, год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Шт.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Состояние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Стоимость, руб.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Прихожая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шкаф-купе с зеркалом]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[исправен, без повреждений]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обувница]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Комната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диван-кровать, цвет, год покупки]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шкаф платяной]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телевизор, марка, модель, диагональ]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6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шторы с карнизом]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Кухня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7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кухонный гарнитур]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8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холодильник, марка, модель, год]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9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плита электрическая, марка, модель]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10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микроволновая печь, марка, модель]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11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стол обеденный и стулья]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12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посуда, комплект на 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персон]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Санузел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13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стиральная машина, марка, модель, год]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14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водонагреватель, марка, объём]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Прочее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15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[N]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 оценочная стоимость имущества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Описывайте состояние конкретно: «исправен, царапина около 5 см на левой дверце» вместо «удовлетворительное». Стоимость указывайте по цене аналогичной б/у вещи, а не новой.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Ключи, пульты и документы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Ключи от входной двери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шт., от почтового ящика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шт., магнитные ключи от подъезда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Пульты дистанционного управления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техники]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Инструкции и гарантийные талоны на технику: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или «не передаются»]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Состояние отделки Квартиры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Стены, пол, потолок: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состояния и заметных дефектов]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Окна, двери, сантехника: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состояния и заметных дефектов]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Наниматель осмотрел и проверил имущество, указанное в настоящей описи. Техника включена и работает исправно, за исключением отмеченного в графе «Состояние». Претензий к количеству и состоянию имущества Наниматель не имеет.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Оценочная стоимость имущества согласована сторонами и применяется для расчёта возмещения при его утрате или повреждении по вине Нанимателя с учётом нормального износа.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прекращении Договора Наниматель возвращает имущество по настоящей описи в том состоянии, в котором его получил, с учётом нормального износа.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описи прилагаются фотографии имущества, сделанные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Опись составлена в двух экземплярах, является неотъемлемой частью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Наймодатель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Наниматель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Имущество передал(а)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Имущество принял(а)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имущества к договору найма (аренды) квартиры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