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арендатора — ООО, ИП или ФИО гражданина]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или адрес регистрации арендатора]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арендодателя или ФИО]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арендодателя]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погашении задолженности по арендной плате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(Арендодатель)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(Арендатор) заключён договор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Арендатору передано во временное владение и пользование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объекта: нежилое помещение, квартира, иное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Имущество передано по акту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Арендатор обязан ежемесячно вносить арендную 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оплаты по Договору, например: до 10-го числа текущего месяца]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эту обязанность не исполняет.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арендная плата внесена не полностью: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517"/>
        <w:gridCol w:w="2907"/>
        <w:gridCol w:w="1896"/>
        <w:gridCol w:w="1769"/>
        <w:gridCol w:w="1264"/>
      </w:tblGrid>
      <w:tr>
        <w:trPr>
          <w:cantSplit/>
        </w:trPr>
        <w:tc>
          <w:tcPr>
            <w:tcW w:type="dxa" w:w="15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</w:t>
            </w:r>
          </w:p>
        </w:tc>
        <w:tc>
          <w:tcPr>
            <w:tcW w:type="dxa" w:w="29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оплаты по Договору</w:t>
            </w:r>
          </w:p>
        </w:tc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Начислено, руб.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Оплачено, руб.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Долг, руб.</w:t>
            </w:r>
          </w:p>
        </w:tc>
      </w:tr>
      <w:tr>
        <w:trPr>
          <w:cantSplit/>
        </w:trPr>
        <w:tc>
          <w:tcPr>
            <w:tcW w:type="dxa" w:w="15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[месяц, год]</w:t>
            </w:r>
          </w:p>
        </w:tc>
        <w:tc>
          <w:tcPr>
            <w:tcW w:type="dxa" w:w="29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5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[месяц, год]</w:t>
            </w:r>
          </w:p>
        </w:tc>
        <w:tc>
          <w:tcPr>
            <w:tcW w:type="dxa" w:w="29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5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[месяц, год]</w:t>
            </w:r>
          </w:p>
        </w:tc>
        <w:tc>
          <w:tcPr>
            <w:tcW w:type="dxa" w:w="29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51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90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9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7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2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сумма задолженности по арендной плате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за просрочку внесения арендной платы установлена неустойка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неустойка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Расчёт неустойки приведён в приложении к настоящей претензии.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статей 309, 310 и пункта 1 статьи 614 Гражданского кодекса РФ арендатор обязан своевременно вносить плату за пользование имуществом, а односторонний отказ от исполнения обязательства не допускается. За просрочку денежного обязательства должник уплачивает неустойку, установленную договором (статья 330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получения настоящей претензии: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Погасить задолженность по арендной плате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Уплатить неустойку за просрочку внесения арендной платы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Оплату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расчётного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назначение платежа: «Оплата аренды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Одновременно настоящая претензия является письменным предупреждением о необходимости исполнить обязательство по внесению арендной платы в указанный срок (статья 619 ГК РФ). Если задолженность не будет погашена, Арендодатель потребует досрочного расторжения Договора и освобождения помещения, а также обратится в суд с иском о взыскании долга, неустойки по день фактической оплаты и судебных расходов, включая государственную пошлину и расходы на представителя.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приёма-передачи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задолженности и неустойки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акта сверки взаиморасчётов или выписки по счёту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полномочия подписанта (для организации).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подписанта, если арендодатель — организация]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заказным письмом с описью вложения по адресу арендатора из ЕГРЮЛ или ЕГРИП и по адресу, указанному в договоре, либо вручите под отметку о получении. Для спора в арбитражном суде иск можно подать только через 30 календарных дней после направления претензии, если договор не устанавливает иной срок.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арендатору о погашении задолженности по арендной плате и неустойки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