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 расторжении договора аренды нежилого помещения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именуемое в дальнейшем «Арендодатель»,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именуемое в дальнейшем «Арендатор»,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руководствуясь статьями 450, 452 и 453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договорились досрочно расторгнуть договор аренды нежилого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Договор), по которому Арендатору передано во временное владение и пользование нежилое помещение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помещения, этаж, номера комнат]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Помещение).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считается расторгнутым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расторжения]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Дата расторжения). С этой даты прекращаются обязательства Сторон по Договору, кроме обязательств, указанных в настоящем соглашении.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Возврат Помещения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возвращает Помещение Арендодателю не позднее Даты расторжения по акту приёма-передачи (возврата), форма которого приведена в Приложении № 1 к настоящему соглашению.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Помещение возвращается в том состоянии, в котором Арендатор его получил, с учётом нормального износа, освобождённым от имущества Арендатора, вместе с ключами, пропусками и иными средствами доступа, переданными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Неотделимые улучшения, произведённые Арендатором, остаются в Помещении и не компенсируются. Отделимые улучшения и имущество Арендатора вывозятся им до подписания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не вернул Помещение в срок, он вносит арендную плату за всё время просрочки по ставке, установленной Договором (статья 622 Гражданского кодекса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Расчёты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подтверждают, что на дату подписания соглашения арендная плата оплачена Арендатором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оплачивает арендную плату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Дату расторжения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также переменную часть арендной платы (коммунальные услуги) по показаниям приборов учёта, зафиксированным в акте возврата,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Обеспечительный платёж по Договору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Арендодатель возвращает Арендатору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акта возврата Помещения, за вычетом подтверждённой задолженности Арендатора по пункту 3.2, если она не погашена к этому сроку.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Платежи производятся по банковским реквизитам, указанным в разделе 5.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исполнения обязательств, предусмотренных настоящим соглашением, Стороны не имеют друг к другу претензий по Договору, в том числе по неустойке за период его действия.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и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трёх экземплярах, имеющих равную юридическую силу: по одному для каждой из Сторон и один для органа регистрации прав.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государственную регистрацию соглашения, если она требуется, несёт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[Арендатор или Арендодатель]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«Акт приёма-передачи (возврата) нежилого помещения».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договор аренды был зарегистрирован в ЕГРН (заключён на срок от одного года), подайте соглашение в Росреестр или МФЦ, чтобы погасить запись об аренде. Госпошлина: 2 000 рублей для организации, 700 рублей для физического лица (статья 333.33 НК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соглашению о расторжении договора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приёма-передачи (возврата) нежилого помещения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Арендатор),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Арендодатель),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принял в связи с расторжением договора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нежилое помещение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Помещения: соответствует состоянию на момент передачи в аренду с учётом нормального износа. Замечания Арендодателя: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замечания, если они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возврата: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402"/>
        <w:gridCol w:w="1926"/>
        <w:gridCol w:w="3026"/>
      </w:tblGrid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</w:t>
            </w:r>
          </w:p>
        </w:tc>
        <w:tc>
          <w:tcPr>
            <w:tcW w:type="dxa" w:w="3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Горячая вода</w:t>
            </w:r>
          </w:p>
        </w:tc>
        <w:tc>
          <w:tcPr>
            <w:tcW w:type="dxa" w:w="19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44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Тепловая энергия</w:t>
            </w:r>
          </w:p>
        </w:tc>
        <w:tc>
          <w:tcPr>
            <w:tcW w:type="dxa" w:w="192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передал Арендодателю ключи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пропуска и карты доступа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 Арендатора из Помещения вывезено.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(Арендатор)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(Арендодатель)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нежилого помещения с актом возврата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