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заёмщика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заёмщика]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займодавца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займодавца]</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эл. почта: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Требование</w:t>
      </w:r>
    </w:p>
    <w:p>
      <w:pPr>
        <w:spacing w:before="0" w:after="80" w:line="240" w:lineRule="auto"/>
        <w:jc w:val="center"/>
      </w:pPr>
      <w:r>
        <w:rPr>
          <w:rFonts w:ascii="Times New Roman" w:hAnsi="Times New Roman" w:eastAsia="Times New Roman"/>
          <w:b w:val="0"/>
          <w:i/>
          <w:color w:val="1A1A1A"/>
          <w:sz w:val="24"/>
        </w:rPr>
        <w:t>о возврате суммы займа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передачи денег]</w:t>
      </w:r>
      <w:r>
        <w:rPr>
          <w:rFonts w:ascii="Times New Roman" w:hAnsi="Times New Roman" w:eastAsia="Times New Roman"/>
          <w:b w:val="0"/>
          <w:i w:val="0"/>
          <w:color w:val="1A1A1A"/>
          <w:sz w:val="24"/>
        </w:rPr>
        <w:t xml:space="preserve"> г. я, </w:t>
      </w:r>
      <w:r>
        <w:rPr>
          <w:rFonts w:ascii="Times New Roman" w:hAnsi="Times New Roman" w:eastAsia="Times New Roman"/>
          <w:b w:val="0"/>
          <w:i w:val="0"/>
          <w:color w:val="1A1A1A"/>
          <w:sz w:val="24"/>
        </w:rPr>
        <w:t>[ФИО займодавца полностью]</w:t>
      </w:r>
      <w:r>
        <w:rPr>
          <w:rFonts w:ascii="Times New Roman" w:hAnsi="Times New Roman" w:eastAsia="Times New Roman"/>
          <w:b w:val="0"/>
          <w:i w:val="0"/>
          <w:color w:val="1A1A1A"/>
          <w:sz w:val="24"/>
        </w:rPr>
        <w:t xml:space="preserve">, передал(а) Вам в долг денежные средства в сумме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что подтверждается Вашей распиской от </w:t>
      </w:r>
      <w:r>
        <w:rPr>
          <w:rFonts w:ascii="Times New Roman" w:hAnsi="Times New Roman" w:eastAsia="Times New Roman"/>
          <w:b w:val="0"/>
          <w:i w:val="0"/>
          <w:color w:val="1A1A1A"/>
          <w:sz w:val="24"/>
        </w:rPr>
        <w:t>[дата расписки]</w:t>
      </w:r>
      <w:r>
        <w:rPr>
          <w:rFonts w:ascii="Times New Roman" w:hAnsi="Times New Roman" w:eastAsia="Times New Roman"/>
          <w:b w:val="0"/>
          <w:i w:val="0"/>
          <w:color w:val="1A1A1A"/>
          <w:sz w:val="24"/>
        </w:rPr>
        <w:t xml:space="preserve"> г. Денежные средства получены Вами в полном объёме.</w:t>
      </w:r>
    </w:p>
    <w:p>
      <w:pPr>
        <w:spacing w:before="0" w:after="120" w:line="276" w:lineRule="auto"/>
        <w:ind w:firstLine="709"/>
        <w:jc w:val="both"/>
      </w:pPr>
      <w:r>
        <w:rPr>
          <w:rFonts w:ascii="Times New Roman" w:hAnsi="Times New Roman" w:eastAsia="Times New Roman"/>
          <w:b w:val="0"/>
          <w:i w:val="0"/>
          <w:color w:val="1A1A1A"/>
          <w:sz w:val="24"/>
        </w:rPr>
        <w:t>Срок возврата займа в расписке не установлен. В соответствии с пунктом 1 статьи 810 Гражданского кодекса Российской Федерации в таком случае сумма займа должна быть возвращена заёмщиком в течение тридцати дней со дня предъявления займодавцем требования об этом.</w:t>
      </w:r>
    </w:p>
    <w:p>
      <w:pPr>
        <w:spacing w:before="0" w:after="120" w:line="276" w:lineRule="auto"/>
        <w:ind w:firstLine="709"/>
        <w:jc w:val="both"/>
      </w:pPr>
      <w:r>
        <w:rPr>
          <w:rFonts w:ascii="Times New Roman" w:hAnsi="Times New Roman" w:eastAsia="Times New Roman"/>
          <w:b w:val="0"/>
          <w:i w:val="0"/>
          <w:color w:val="1A1A1A"/>
          <w:sz w:val="24"/>
        </w:rPr>
        <w:t>На основании изложенного и руководствуясь статьями 307, 309, 807, 810 Гражданского кодекса Российской Федерации,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 течение 30 (тридцати) дней со дня получения настоящего требования возвратить мне сумму займа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Денежные средства перечислить по следующим реквизитам: получатель — </w:t>
      </w:r>
      <w:r>
        <w:rPr>
          <w:rFonts w:ascii="Times New Roman" w:hAnsi="Times New Roman" w:eastAsia="Times New Roman"/>
          <w:b w:val="0"/>
          <w:i w:val="0"/>
          <w:color w:val="1A1A1A"/>
          <w:sz w:val="24"/>
        </w:rPr>
        <w:t>[ФИО займодавца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корр. счёт </w:t>
      </w:r>
      <w:r>
        <w:rPr>
          <w:rFonts w:ascii="Times New Roman" w:hAnsi="Times New Roman" w:eastAsia="Times New Roman"/>
          <w:b w:val="0"/>
          <w:i w:val="0"/>
          <w:color w:val="1A1A1A"/>
          <w:sz w:val="24"/>
        </w:rPr>
        <w:t>[номер корр. счёта]</w:t>
      </w:r>
      <w:r>
        <w:rPr>
          <w:rFonts w:ascii="Times New Roman" w:hAnsi="Times New Roman" w:eastAsia="Times New Roman"/>
          <w:b w:val="0"/>
          <w:i w:val="0"/>
          <w:color w:val="1A1A1A"/>
          <w:sz w:val="24"/>
        </w:rPr>
        <w:t>. Возврат наличными возможен при личной встрече с выдачей мной расписки в получении денег.</w:t>
      </w:r>
    </w:p>
    <w:p>
      <w:pPr>
        <w:spacing w:before="0" w:after="120" w:line="276" w:lineRule="auto"/>
        <w:ind w:firstLine="709"/>
        <w:jc w:val="both"/>
      </w:pPr>
      <w:r>
        <w:rPr>
          <w:rFonts w:ascii="Times New Roman" w:hAnsi="Times New Roman" w:eastAsia="Times New Roman"/>
          <w:b w:val="0"/>
          <w:i w:val="0"/>
          <w:color w:val="1A1A1A"/>
          <w:sz w:val="24"/>
        </w:rPr>
        <w:t>Если в указанный срок сумма займа не будет возвращена, на неё будут начислены проценты по статье 395 Гражданского кодекса Российской Федерации со дня, когда она должна была быть возвращена, до дня её фактического возврата (пункт 1 статьи 811 ГК РФ). В этом случае я буду вынужден(а) обратиться в суд с требованием о взыскании суммы займа, процентов и судебных расходов, включая государственную пошлину и расходы на представителя.</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Отправьте требование ценным письмом с описью вложения и уведомлением о вручении по адресу регистрации заёмщика. Оригинал расписки или договора оставьте у себя: он понадобится в суде.</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расписки заёмщика от </w:t>
      </w:r>
      <w:r>
        <w:rPr>
          <w:rFonts w:ascii="Times New Roman" w:hAnsi="Times New Roman" w:eastAsia="Times New Roman"/>
          <w:b w:val="0"/>
          <w:i w:val="0"/>
          <w:color w:val="1A1A1A"/>
          <w:sz w:val="24"/>
        </w:rPr>
        <w:t>[дата расписки]</w:t>
      </w:r>
      <w:r>
        <w:rPr>
          <w:rFonts w:ascii="Times New Roman" w:hAnsi="Times New Roman" w:eastAsia="Times New Roman"/>
          <w:b w:val="0"/>
          <w:i w:val="0"/>
          <w:color w:val="1A1A1A"/>
          <w:sz w:val="24"/>
        </w:rPr>
        <w:t xml:space="preserve"> г.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9354" w:val="right"/>
        </w:tabs>
        <w:spacing w:before="0" w:after="200" w:line="276" w:lineRule="auto"/>
        <w:jc w:val="left"/>
      </w:pPr>
      <w:r>
        <w:rPr>
          <w:rFonts w:ascii="Times New Roman" w:hAnsi="Times New Roman" w:eastAsia="Times New Roman"/>
          <w:b w:val="0"/>
          <w:i w:val="0"/>
          <w:color w:val="1A1A1A"/>
          <w:sz w:val="24"/>
        </w:rPr>
        <w:t>[дата составления]</w:t>
      </w:r>
      <w:r>
        <w:rPr>
          <w:rFonts w:ascii="Times New Roman" w:hAnsi="Times New Roman" w:eastAsia="Times New Roman"/>
          <w:b w:val="0"/>
          <w:i w:val="0"/>
          <w:color w:val="1A1A1A"/>
          <w:sz w:val="24"/>
        </w:rPr>
        <w:t xml:space="preserve"> г.</w:t>
      </w:r>
      <w:r>
        <w:tab/>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займодавца]</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займодавца о возврате суммы займа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