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заёмщика]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займодавца]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Досудебная 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долга по расписке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Вы получили от меня в долг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Вашей собственноручной распиской от той же даты. По условиям расписки Вы обязались вернуть сумму займа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возврата по расписке]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возврата истёк, однако до настоящего времени долг Вами не возвращён. Задолженность по основному долгу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309, 310 и 810 Гражданского кодекса Российской Федерации заёмщик обязан возвратить займодавцу полученную сумму займа в срок и в порядке, которые предусмотрены договором займа; односторонний отказ от исполнения обязательства не допускается. Согласно пункту 1 статьи 811 и статье 395 ГК РФ на сумму, не возвращённую в срок, начисляются проценты со дня, когда она должна была быть возвращена, до дня её возврата.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Расчёт задолженности на [дата расчёта] г.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781"/>
        <w:gridCol w:w="3980"/>
        <w:gridCol w:w="1592"/>
      </w:tblGrid>
      <w:tr>
        <w:trPr>
          <w:cantSplit/>
        </w:trPr>
        <w:tc>
          <w:tcPr>
            <w:tcW w:type="dxa" w:w="3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</w:t>
            </w:r>
          </w:p>
        </w:tc>
        <w:tc>
          <w:tcPr>
            <w:tcW w:type="dxa" w:w="15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3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Основной долг по расписке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—</w:t>
            </w:r>
          </w:p>
        </w:tc>
        <w:tc>
          <w:tcPr>
            <w:tcW w:type="dxa" w:w="15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Проценты за просрочку по ст. 395 ГК РФ</w:t>
            </w:r>
          </w:p>
        </w:tc>
        <w:tc>
          <w:tcPr>
            <w:tcW w:type="dxa" w:w="3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начала просрочки]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расчёта]</w:t>
            </w:r>
          </w:p>
        </w:tc>
        <w:tc>
          <w:tcPr>
            <w:tcW w:type="dxa" w:w="15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7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398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5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[итоговая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Подробный расчёт процентов приведён в приложении к претензии.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Требую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10 (десяти) календарных дней со дня получения настоящей претензии вернуть мне сумму долга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 проценты за просрочку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а всего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[итоговая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[итоговая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перечислить по реквизитам: получатель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корр.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Возврат наличными возможен при личной встрече с выдачей мной расписки в получении денег.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указанный срок долг не будет погашен, я обращусь в суд с требованием о взыскании суммы долга, процентов по статье 395 ГК РФ по день фактического возврата, а также судебных расходов: государственной пошлины, расходов на представителя и почтовых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Готов(а) рассмотреть Ваше предложение о добровольном погашении долга по графику при условии его письменного оформления.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Оригинал расписки к претензии не прикладывайте: храните его у себя до полного возврата денег. Отправьте претензию ценным письмом с описью вложения и уведомлением о вручении.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расписки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процентов по статье 395 ГК РФ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о возврате долга по расписке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