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Соглашение об отступном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прекращении обязательства по договору займа передачей имущества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кредитора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«Кредитор»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должника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«Должник»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руководствуясь статьёй 409 Гражданского кодекса Российской Федерации, заключили настоящее соглашение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Первоначальное обязательство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Должник имеет перед Кредитором денежное обязательство по договору займа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(далее — Договор займа), подтверждённое распиской Должника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расписки]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дату подписания настоящего соглашения задолженность Должника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[общая 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рублей, в том числе: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Вид задолженности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Основной долг (сумма займа)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Проценты за пользование займом за период 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Неустойка за просрочку возврата за период 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Срок возврата займа по Договору займа наступил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Должник признаёт задолженность в размере, указанном в пункте 1.2.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Отступное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Взамен исполнения обязательства, указанного в разделе 1, Должник передаёт в собственность Кредитору следующее имущество (далее — Имущество):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Параметр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Наименование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автомобиль, гараж, земельный участок]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Идентифицирующие признаки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[VIN и госномер автомобиля, кадастровый номер и адрес объекта, заводской 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Документ о праве собственности Должника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[ПТС, выписка из ЕГРН, договор, на основании которого приобретено имущество]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Состояние и комплектность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[описание]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оценили Имущество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 Эта сумма засчитывается в погашение задолженности, указанной в пункте 1.2 соглашения.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Порядок передачи имущества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Должник передаёт Кредитору Имущество вместе с ключами, документами и принадлежностями по акту приёма-передачи в день подписания настоящего соглашения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передачи]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право на Имущество подлежит государственной регистрации, стороны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 дня подписания соглашения совместно подают документы на регистрацию перехода права собственности к Кредитору. Государственную пошлину за регистрацию уплачивает Кредитор.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 собственности на Имущество переходит к Кредитору с момента подписания акта приёма-передачи, а на недвижимое имущество — с момента государственной регистрации перехода права. С этого же момента к Кредитору переходит риск случайной гибели Имущества.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Последствия предоставления отступного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момента перехода к Кредитору права собственности на Имущество обязательство Должника по Договору займа прекращается полностью, включая основной долг, проценты и неустойку, указанные в пункте 1.2.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 прекращения обязательства Кредитор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 возвращает Должнику оригинал расписки (Договора займа) с отметкой о погашении долга.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не имеют друг к другу иных претензий по Договору займа.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стоимость имущества меньше долга, замените пункт 4.1: укажите, в какой части долг прекращается и в какой сумме и в какой срок Должник возвращает остаток.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Заверения Должника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Должник заверяет, что на дату подписания соглашения: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Имущество принадлежит ему на праве собственности, не продано, не подарено, не заложено, не находится под арестом или запретом и не является предметом спора;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получено нотариально удостоверенное согласие супруга на отчуждение Имущества, если оно требуется по закону;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отношении Должника не подано заявление о признании его банкротом и не возбуждены исполнительные производства, по которым может быть обращено взыскание на Имущество.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какое-либо из заверений окажется недостоверным, Должник возмещает Кредитору причинённые этим убытки, а Кредитор вправе отказаться от соглашения и потребовать исполнения обязательства по Договору займа.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Соглашение вступает в силу с момента его подписания сторонами.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Должник не передаст Имущество в срок, указанный в пункте 3.1, Кредитор вправе потребовать исполнения обязательства по Договору займа в полном объёме.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Соглашение составлено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экземплярах, имеющих одинаковую юридическую силу: по одному для каждой из сторон и один для органа государственной регистрации, если регистрация требуется.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Приложение: акт приёма-передачи Имущества.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Кредитор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Должник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[телефон]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___________________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[телефон]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___________________</w:t>
            </w:r>
          </w:p>
        </w:tc>
      </w:tr>
    </w:tbl>
    <w:p>
      <w:pPr>
        <w:keepNext/>
        <w:pageBreakBefore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 приёма-передачи имущества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к соглашению об отступном от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[дата соглашения]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г.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должника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Должник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передал(а), 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кредитора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Кредитор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принял(а) в качестве отступного по соглашению об отступном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соглашения]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следующее имущество: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023"/>
        <w:gridCol w:w="5846"/>
        <w:gridCol w:w="1023"/>
        <w:gridCol w:w="1461"/>
      </w:tblGrid>
      <w:tr>
        <w:trPr>
          <w:cantSplit/>
        </w:trPr>
        <w:tc>
          <w:tcPr>
            <w:tcW w:type="dxa" w:w="102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584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Наименование и идентифицирующие признаки</w:t>
            </w:r>
          </w:p>
        </w:tc>
        <w:tc>
          <w:tcPr>
            <w:tcW w:type="dxa" w:w="102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Кол-во</w:t>
            </w:r>
          </w:p>
        </w:tc>
        <w:tc>
          <w:tcPr>
            <w:tcW w:type="dxa" w:w="14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Состояние</w:t>
            </w:r>
          </w:p>
        </w:tc>
      </w:tr>
      <w:tr>
        <w:trPr>
          <w:cantSplit/>
        </w:trPr>
        <w:tc>
          <w:tcPr>
            <w:tcW w:type="dxa" w:w="102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584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[наименование, VIN или кадастровый номер]</w:t>
            </w:r>
          </w:p>
        </w:tc>
        <w:tc>
          <w:tcPr>
            <w:tcW w:type="dxa" w:w="102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146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[описание]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Вместе с Имуществом переданы: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ключей и документов: ПТС, СТС, выписка из ЕГРН и т. п.]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Имущество осмотрено Кредитором, недостатки, которые можно обнаружить при обычном осмотре, отсутствуют. Акт составлен в двух экземплярах.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Передал (Должник)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Принял (Кредитор)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___________________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___________________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отступном путём передачи имущества по договору займа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