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вуза]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ректора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восстановлении для продолжения обучения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обучался(ась)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вуза]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факультета или института]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направлению подготовки (специальности)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форма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месте, финансируемом за счёт бюджетных ассигнований федерального бюджета.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отчислен(а) по собственному желанию (по инициативе обучающегося).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 дня отчисления прошло менее пяти лет, учебный год (семестр), в котором я был(а) отчислен(а), завершён. В соответствии с частью 1 статьи 62 Федерального закона от 29.12.2012 № 273-ФЗ «Об образовании в Российской Федерации»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Восстановить меня для продолжения обучения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семестр) по направлению подготовки (специальности)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форма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сохранением прежних условий обучения, то есть на место, финансируемое за счёт бюджетных ассигнований,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Зачесть результаты обучения по дисциплинам и практикам, освоенным мной до отчисления согласно справке об обучении, а при наличии разницы в учебных планах установить индивидуальный график её ликвидации.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отсутствии свободных бюджетных мест на указанном курсе рассмотреть возможность моего восстановления на обучение по договору об оказании платных образовательных услуг и сообщить мне о решении письменно.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по заявлению прошу направить на адрес электронной почты, указанный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Восстановление проводится при наличии свободных мест и обычно к началу семестра. Сроки приёма заявлений указаны в положении вуза о переводе, отчислении и восстановлении: подайте заявление заранее, до начала семестра.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об обучении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 смене фамилии (если фамилия изменилась после отчисления).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в вузе после отчисления по собственному желанию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