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Ректору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вуза или колледжа]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ректора (директора)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студента(ки)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[курс]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курса, группа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группы]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[факультет или институт]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форма обучения: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[очная]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направление подготовки: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 и наименование]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академического отпуска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предоставить мне академический отпуск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медицинским показаниям.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состоянию здоровья я не могу осваивать образовательную программу в указанный период: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 ситуацию, например: необходимо длительное лечение и восстановление после операции]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Это подтверждается медицинским заключением,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Основание: пункт 12 части 1 статьи 34 Федерального закона от 29.12.2012 № 273-ФЗ «Об образовании в Российской Федерации», Порядок и основания предоставления академического отпуска, утверждённые приказом Минобрнауки России от 04.04.2025 № 303.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Обучаюсь по договору об оказании платных образовательных услуг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Прошу не начислять плату за обучение за период академического отпуска, как это предусмотрено Порядком предоставления академического отпуска.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академического отпуска не более 12 месяцев, а по медицинским показаниям и в связи с военной службой до 2 лет. Если отпуск нужен по другой причине (призыв, семейные обстоятельства), замените формулировку основания и приложите повестку, копию контракта или документы о семейных обстоятельствах. Если учитесь на бюджете, удалите абзац о договоре.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 решении прошу сообщить мне по адресу электронной почты, указанному в заявлении.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Медицинское заключение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об оказании платных образовательных услуг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академический отпуск по медицинским показаниям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