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органа, который назначает компенсацию в вашем регионе: управление социальной защиты населения, управление образования или детский сад]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[гражданство]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выплате компенсации части родительской платы за присмотр и уход за ребёнком в детском саду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части 5 статьи 65 Федерального закона от 29.12.2012 № 273-ФЗ «Об образовании в Российской Федерации» прошу назначить и выплачивать мне компенсацию части родительской платы за присмотр и уход за моим ребёнком.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ребёнке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ФИО ребёнка: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гражданство: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[гражданство]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рождении: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Ребёнок посещает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детского сада, например: МБДОУ «Детский сад № 00»]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группа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или название группы]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основании договора об образовании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счёту рождения среди детей в семье ребёнок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[первым, вторым, третьим и т. д.]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 других детях в семье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83"/>
        <w:gridCol w:w="1280"/>
        <w:gridCol w:w="3348"/>
        <w:gridCol w:w="3643"/>
      </w:tblGrid>
      <w:tr>
        <w:trPr>
          <w:cantSplit/>
        </w:trPr>
        <w:tc>
          <w:tcPr>
            <w:tcW w:type="dxa" w:w="1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ребёнка</w:t>
            </w:r>
          </w:p>
        </w:tc>
        <w:tc>
          <w:tcPr>
            <w:tcW w:type="dxa" w:w="12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33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Реквизиты свидетельства о рождении</w:t>
            </w:r>
          </w:p>
        </w:tc>
        <w:tc>
          <w:tcPr>
            <w:tcW w:type="dxa" w:w="36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Место учёбы (для детей старше 18 лет)</w:t>
            </w:r>
          </w:p>
        </w:tc>
      </w:tr>
      <w:tr>
        <w:trPr>
          <w:cantSplit/>
        </w:trPr>
        <w:tc>
          <w:tcPr>
            <w:tcW w:type="dxa" w:w="10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12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3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  <w:tc>
          <w:tcPr>
            <w:tcW w:type="dxa" w:w="36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[учебное заведение, очная форма]</w:t>
            </w:r>
          </w:p>
        </w:tc>
      </w:tr>
      <w:tr>
        <w:trPr>
          <w:cantSplit/>
        </w:trPr>
        <w:tc>
          <w:tcPr>
            <w:tcW w:type="dxa" w:w="10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12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3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  <w:tc>
          <w:tcPr>
            <w:tcW w:type="dxa" w:w="36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[учебное заведение, очная форма]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Способ выплаты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Компенсацию прошу перечислять на мой банковский счёт: номер счёта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о назначении компенсации прошу направить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 адрес электронной почты, указанный выше]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Обязательства и подтверждения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Родительскую плату за присмотр и уход за ребёнком вношу я. Второй родитель (законный представитель) за этой компенсацией не обращался.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в течение 10 рабочих дней сообщить об обстоятельствах, влекущих прекращение или изменение выплаты: отчислении ребёнка из детского сада, переезде, изменении состава семьи, лишении или ограничении родительских прав, смене банковских реквизитов.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 и персональных данных моих детей, указанных в заявлении, в целях назначения и выплаты компенсации, в том числе на получение сведений в порядке межведомственного взаимодействия.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Сведения, указанные в заявлении, достоверны. Об ответственности за предоставление недостоверных сведений предупреждён(а).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 регионе установлен критерий нуждаемости, приложите справки о доходах всех членов семьи за период, который указан в региональном порядке. Свидетельства о рождении, выданные в России, и сведения о посещении сада орган запрашивает сам.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свидетельств о рождении детей.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договора об образовании с детским садом.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с места учёбы детей старше 18 лет, обучающихся очно (при наличии таких детей).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доходы семьи (если в регионе установлен критерий нуждаемости).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Реквизиты банковского счёта для перечисления.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компенсации части родительской платы за детский сад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