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школы, например: МБОУ «Средняя общеобразовательная школа № 5»]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директора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(законного представителя)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родителя (законного представителя) обучающегося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организации обучения на дому по медицинским показаниям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ребёнок,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обучается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и буква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классе вашей школы по основной общеобразовательной программе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[уровень образования, например: основного общего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состоянию здоровья ребёнок не может посещать школу. Это подтверждается медицинским заключением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наличии у ребёнка заболевания, включённого в перечень заболеваний, наличие которых даёт право на обучение по основным общеобразовательным программам на дому (приказ Минздрава России от 30.06.2016 № 436н).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части 5 статьи 41 Федерального закона от 29.12.2012 № 273-ФЗ «Об образовании в Российской Федерации» прошу организовать обучение моего ребёнка на дому на период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указанный в медицинском заключении.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Издать приказ об организации обучения на дому и ознакомить меня с ним под подпись.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Разработать индивидуальный учебный план и расписание занятий с учётом рекомендаций, содержащихся в медицинском заключении, и согласовать их со мной до начала занятий.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Оформить отношения по организации обучения на дому в порядке, установленном нормативным правовым актом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(часть 6 статьи 41 Федерального закона № 273-ФЗ), и передать мне для подписания необходимые документы.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ребёнка учебниками и учебными пособиями из фонда библиотеки школы на весь период обучения на дому.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ребёнку возможность участвовать в отдельных уроках, внеурочных и воспитательных мероприятиях школы, а также в занятиях с применением дистанционных образовательных технологий, если это не противоречит медицинским рекомендациям.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для организации занятий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проведения занятий: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где ребёнок будет заниматься]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Удобное время занятий: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[дни недели и время, например: понедельник–пятница с 10:00 до 14:00]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на заявление и копию приказа прошу направить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также выдать мне на руки.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обучения на дому определяется медицинским заключением. За 2–3 недели до его окончания получите новое заключение и подайте новое заявление, иначе ребёнка формально вернут к очному обучению. Подайте заявление в двух экземплярах и попросите поставить на вашем экземпляре входящий номер и дату.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медицинского заключения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(оригинал предъявляется при подаче).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(паспорта)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документа, подтверждающего полномочия законного представителя: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например: паспорт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школы]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 переводе ребёнка на обучение на дому по медицинским показаниям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