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образовательной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ректора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[факультет (институт)]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[курс]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курс, группа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и наименование направления подготовки]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[форма обучения]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зачётная книжка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справки об обучении (о периоде обучения)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части 12 статьи 60 Федерального закона от 29.12.2012 № 273-ФЗ «Об образовании в Российской Федерации» прошу выдать мне справку об обучении (о периоде обучения)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поступления]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отчисления или дата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необходима для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[цель, например: перевода в другую образовательную организацию для продолжения обучения]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указать в справке все изученные дисциплины (модули), практики и курсовые работы с объёмом в зачётных единицах и академических часах и полученными оценками, а также реквизиты приказа об отчислении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Справку прошу выдать мне лично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подразделения, например: деканате факультета]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в случае невозможности личного получения направить заказным письмом с уведомлением о вручении по адресу, указанному в заявлении. О готовности справки прошу сообщить по телефону или электронной почте.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 отчислении справка выдаётся в трёхдневный срок после издания приказа (ч. 5 ст. 61 Закона № 273-ФЗ) и бесплатно (ч. 16 ст. 60). Если вы продолжаете обучение, в абзаце о приказе напишите «продолжаю обучение» вместо реквизитов приказа.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(страницы с фотографией и сведениями о регистрации).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академической справки (справки об обучении или о периоде обучения)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