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Главному врачу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поликлиники]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адрес поликлиники]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врача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выборе медицинской организации (прикреплении к поликлинике)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статьи 21 Федерального закона от 21.11.2011 № 323-ФЗ «Об основах охраны здоровья граждан в Российской Федерации», пункта 4 части 1 статьи 16 Федерального закона от 29.11.2010 № 326-ФЗ «Об обязательном медицинском страховании в Российской Федерации» и Порядка выбора гражданином медицинской организации, утверждённого приказом Минздрава России от 14.04.2025 № 216н, прошу принять меня на медицинское обслуживание для получения первичной медико-санитарной помощи в рамках программы государственных гарантий бесплатного оказания гражданам медицинской помощи.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гражданине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[мужской или женский]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и место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[место рождения по паспорту]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Гражданство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[Российская Федерация]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Единый номер полиса ОМС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[16 цифр полиса]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регистрации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 паспорту]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для вызова врача на дом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[фактический адрес: улица, дом, квартира, подъезд, этаж, код домофона]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Телефон, эл. почта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Ранее выбранная медицинская организация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подачи настоящего заявления я получал(а) первичную медико-санитарную помощь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прежней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прежней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Выбор врача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с учётом согласия врача закрепить меня за врачом-терапевтом участковым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перечнем врачей-терапевтов, врачей общей практики и фельдшеров, количеством граждан, выбравших каждого из них, и территориями обслуживания (участками) при оказании медицинской помощи на дому ознакомлен(а).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сообщить о принятом решении по телефону или электронной почте, указанным в заявлении.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Сменить поликлинику можно не чаще одного раза в год. Если вы меняете её повторно в течение года из-за переезда, приложите документ о смене места жительства или пребывания, например свидетельство о регистрации по месту пребывания.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гражданина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полиса обязательного медицинского страхования (выписки о полисе).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СНИЛС.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прикреплении к поликлинике (выбор медицинской организации)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