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Главному врачу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поликлиники]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главного врача в дательном падеже]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пациента полностью в родительном падеже]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р., 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проживания]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эл. почта: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замене участкового (лечащего) врача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Я прикреплен(а) к вашей поликлинике для получения первичной медико-санитарной помощи по ОМС.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Сведения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Данные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Единый номер полиса ОМС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[16 цифр полиса]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Номер участка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 участка]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Текущий врач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врач-терапевт участковый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 врача]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Желаемый врач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врач-терапевт участковый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 выбранного врача]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соответствии с частями 1 и 2 статьи 21, частью 1 статьи 70 Федерального закона от 21.11.2011 № 323-ФЗ «Об основах охраны здоровья граждан в Российской Федерации» и пунктом 5 части 1 статьи 16 Федерального закона от 29.11.2010 № 326-ФЗ «Об обязательном медицинском страховании в Российской Федерации» пациент вправе выбрать врача с учётом его согласия, а руководитель медицинской организации обязан содействовать замене лечащего врача.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Прошу заменить моего врача в связи с тем, что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[кратко укажите причину, например: при обращениях не назначаются необходимые обследования, приём ведётся с ожиданием более двух часов, общение врача носит грубый характер]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 В течение последнего года выбор врача в этой поликлинике я не осуществлял(а).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Прошу: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Заменить моего участкового (лечащего) врача и закрепить за мной врача-терапевта участкового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выбранного врача]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 учётом его согласия.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Если закрепление за указанным врачом невозможно, в течение трёх рабочих дней сообщить мне сведения о врачах этой специальности, которые могут меня принять, и сроках оказания ими помощи.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Внести соответствующие изменения в мою медицинскую документацию.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Ответ направить мне письменно по адресу или на электронную почту из заявления.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смену участкового (лечащего) врача в поликлинике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